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ECCA6" w14:textId="77777777" w:rsidR="00367DA5" w:rsidRPr="00153C54" w:rsidRDefault="00803177">
      <w:pPr>
        <w:pStyle w:val="Title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Ullenhall Parish Council</w:t>
      </w:r>
    </w:p>
    <w:p w14:paraId="12CDE3C9" w14:textId="60703EE7" w:rsidR="00367DA5" w:rsidRPr="00153C54" w:rsidRDefault="00803177">
      <w:pPr>
        <w:pStyle w:val="Heading1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 xml:space="preserve">Planning Application Meeting </w:t>
      </w:r>
      <w:r w:rsidR="00000946">
        <w:rPr>
          <w:rFonts w:ascii="Aptos" w:hAnsi="Aptos" w:cs="Arial"/>
          <w:color w:val="auto"/>
        </w:rPr>
        <w:t>Minutes</w:t>
      </w:r>
    </w:p>
    <w:p w14:paraId="7FA84393" w14:textId="6843D1E5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 xml:space="preserve">Date: </w:t>
      </w:r>
      <w:r w:rsidR="00755EE0" w:rsidRPr="00153C54">
        <w:rPr>
          <w:rFonts w:ascii="Aptos" w:hAnsi="Aptos" w:cs="Arial"/>
        </w:rPr>
        <w:t>23</w:t>
      </w:r>
      <w:r w:rsidR="00755EE0" w:rsidRPr="00153C54">
        <w:rPr>
          <w:rFonts w:ascii="Aptos" w:hAnsi="Aptos" w:cs="Arial"/>
          <w:vertAlign w:val="superscript"/>
        </w:rPr>
        <w:t>rd</w:t>
      </w:r>
      <w:r w:rsidR="00755EE0" w:rsidRPr="00153C54">
        <w:rPr>
          <w:rFonts w:ascii="Aptos" w:hAnsi="Aptos" w:cs="Arial"/>
        </w:rPr>
        <w:t xml:space="preserve"> October</w:t>
      </w:r>
    </w:p>
    <w:p w14:paraId="75354906" w14:textId="27D1313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Time:</w:t>
      </w:r>
      <w:r w:rsidR="00B827FE" w:rsidRPr="00153C54">
        <w:rPr>
          <w:rFonts w:ascii="Aptos" w:hAnsi="Aptos" w:cs="Arial"/>
        </w:rPr>
        <w:t xml:space="preserve"> 7pm </w:t>
      </w:r>
    </w:p>
    <w:p w14:paraId="51050302" w14:textId="1AE9C89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Location:</w:t>
      </w:r>
      <w:r w:rsidR="00B827FE" w:rsidRPr="00153C54">
        <w:rPr>
          <w:rFonts w:ascii="Aptos" w:hAnsi="Aptos" w:cs="Arial"/>
        </w:rPr>
        <w:t xml:space="preserve"> Meeting room, Ullenhall Village Hall</w:t>
      </w:r>
    </w:p>
    <w:p w14:paraId="4899988B" w14:textId="35F418AF" w:rsidR="00000946" w:rsidRDefault="00803177" w:rsidP="00000946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1.</w:t>
      </w:r>
      <w:r w:rsidR="00735510">
        <w:rPr>
          <w:rFonts w:ascii="Aptos" w:hAnsi="Aptos" w:cs="Arial"/>
          <w:color w:val="auto"/>
        </w:rPr>
        <w:t>Present</w:t>
      </w:r>
    </w:p>
    <w:p w14:paraId="3BDC1D15" w14:textId="2634B647" w:rsidR="00735510" w:rsidRPr="00735510" w:rsidRDefault="00735510" w:rsidP="00735510">
      <w:r>
        <w:t xml:space="preserve">Vice Chair Cllr Clayton, Cllr Rauer, Cllr Faulkner, Cllr Harding, Clerk R Burman </w:t>
      </w:r>
    </w:p>
    <w:p w14:paraId="507A4104" w14:textId="77777777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2. Declarations of Interest</w:t>
      </w:r>
    </w:p>
    <w:p w14:paraId="7D1D232C" w14:textId="77777777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 Councillors to declare any personal or pecuniary interests in relation to items on the agenda</w:t>
      </w:r>
    </w:p>
    <w:p w14:paraId="61DB3E53" w14:textId="1D3E9052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3. Public Participation</w:t>
      </w:r>
    </w:p>
    <w:p w14:paraId="32F2F35C" w14:textId="4E547D3E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 Opportunity for members of the public to make representations on the planning matter</w:t>
      </w:r>
    </w:p>
    <w:p w14:paraId="5FC972B2" w14:textId="4E420555" w:rsidR="000D2718" w:rsidRPr="00153C54" w:rsidRDefault="00803177" w:rsidP="000D2718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4. Planning Application for Consideration</w:t>
      </w:r>
    </w:p>
    <w:p w14:paraId="3314CB2B" w14:textId="77777777" w:rsidR="0066486C" w:rsidRPr="00153C54" w:rsidRDefault="0066486C" w:rsidP="0066486C">
      <w:pPr>
        <w:rPr>
          <w:rFonts w:ascii="Aptos" w:hAnsi="Aptos"/>
        </w:rPr>
      </w:pPr>
      <w:r w:rsidRPr="00153C54">
        <w:rPr>
          <w:rFonts w:ascii="Aptos" w:hAnsi="Aptos"/>
        </w:rPr>
        <w:t xml:space="preserve">Application(s) reference: 25/02396/FUL </w:t>
      </w:r>
    </w:p>
    <w:p w14:paraId="1EBEE6B4" w14:textId="77777777" w:rsidR="00153C54" w:rsidRPr="00153C54" w:rsidRDefault="0066486C" w:rsidP="0066486C">
      <w:pPr>
        <w:rPr>
          <w:rFonts w:ascii="Aptos" w:hAnsi="Aptos"/>
        </w:rPr>
      </w:pPr>
      <w:proofErr w:type="gramStart"/>
      <w:r w:rsidRPr="00153C54">
        <w:rPr>
          <w:rFonts w:ascii="Aptos" w:hAnsi="Aptos"/>
        </w:rPr>
        <w:t>Proposed :</w:t>
      </w:r>
      <w:proofErr w:type="gramEnd"/>
      <w:r w:rsidRPr="00153C54">
        <w:rPr>
          <w:rFonts w:ascii="Aptos" w:hAnsi="Aptos"/>
        </w:rPr>
        <w:t xml:space="preserve"> Proposed extensions to an existing </w:t>
      </w:r>
      <w:proofErr w:type="gramStart"/>
      <w:r w:rsidRPr="00153C54">
        <w:rPr>
          <w:rFonts w:ascii="Aptos" w:hAnsi="Aptos"/>
        </w:rPr>
        <w:t>dwelling, and</w:t>
      </w:r>
      <w:proofErr w:type="gramEnd"/>
      <w:r w:rsidRPr="00153C54">
        <w:rPr>
          <w:rFonts w:ascii="Aptos" w:hAnsi="Aptos"/>
        </w:rPr>
        <w:t xml:space="preserve"> associated internal and external alterations. </w:t>
      </w:r>
    </w:p>
    <w:p w14:paraId="0C2F9501" w14:textId="1BE0EBB3" w:rsidR="0066486C" w:rsidRPr="00153C54" w:rsidRDefault="0066486C" w:rsidP="0066486C">
      <w:pPr>
        <w:rPr>
          <w:rFonts w:ascii="Aptos" w:hAnsi="Aptos"/>
        </w:rPr>
      </w:pPr>
      <w:r w:rsidRPr="00153C54">
        <w:rPr>
          <w:rFonts w:ascii="Aptos" w:hAnsi="Aptos"/>
        </w:rPr>
        <w:t xml:space="preserve">At </w:t>
      </w:r>
      <w:proofErr w:type="gramStart"/>
      <w:r w:rsidRPr="00153C54">
        <w:rPr>
          <w:rFonts w:ascii="Aptos" w:hAnsi="Aptos"/>
        </w:rPr>
        <w:t>For :</w:t>
      </w:r>
      <w:proofErr w:type="gramEnd"/>
      <w:r w:rsidRPr="00153C54">
        <w:rPr>
          <w:rFonts w:ascii="Aptos" w:hAnsi="Aptos"/>
        </w:rPr>
        <w:t xml:space="preserve"> : </w:t>
      </w:r>
      <w:proofErr w:type="spellStart"/>
      <w:r w:rsidRPr="00153C54">
        <w:rPr>
          <w:rFonts w:ascii="Aptos" w:hAnsi="Aptos"/>
        </w:rPr>
        <w:t>Emmslow</w:t>
      </w:r>
      <w:proofErr w:type="spellEnd"/>
      <w:r w:rsidRPr="00153C54">
        <w:rPr>
          <w:rFonts w:ascii="Aptos" w:hAnsi="Aptos"/>
        </w:rPr>
        <w:t xml:space="preserve">, Church Hill, Ullenhall, Henley-in-Arden B95 5NL </w:t>
      </w:r>
    </w:p>
    <w:p w14:paraId="1B779B47" w14:textId="53BBC0AB" w:rsidR="00502A17" w:rsidRDefault="0066486C" w:rsidP="00502A17">
      <w:pPr>
        <w:rPr>
          <w:rFonts w:ascii="Aptos" w:hAnsi="Aptos"/>
        </w:rPr>
      </w:pPr>
      <w:r w:rsidRPr="00153C54">
        <w:rPr>
          <w:rFonts w:ascii="Aptos" w:hAnsi="Aptos"/>
        </w:rPr>
        <w:t>The above application has been received. Comments due by: 31 October 2</w:t>
      </w:r>
      <w:r w:rsidR="00502A17">
        <w:rPr>
          <w:rFonts w:ascii="Aptos" w:hAnsi="Aptos"/>
        </w:rPr>
        <w:t>025</w:t>
      </w:r>
    </w:p>
    <w:p w14:paraId="1B29849B" w14:textId="2DD9A67B" w:rsidR="00BA3305" w:rsidRPr="00BA3305" w:rsidRDefault="00175506" w:rsidP="00502A17">
      <w:pPr>
        <w:rPr>
          <w:rFonts w:ascii="Aptos" w:hAnsi="Aptos"/>
        </w:rPr>
      </w:pPr>
      <w:r w:rsidRPr="00D22CF2">
        <w:rPr>
          <w:rFonts w:ascii="Aptos" w:hAnsi="Aptos"/>
          <w:b/>
          <w:bCs/>
          <w:sz w:val="26"/>
          <w:szCs w:val="26"/>
        </w:rPr>
        <w:t>5</w:t>
      </w:r>
      <w:r w:rsidR="00BA3305" w:rsidRPr="00D22CF2">
        <w:rPr>
          <w:rFonts w:ascii="Aptos" w:hAnsi="Aptos"/>
          <w:b/>
          <w:bCs/>
          <w:sz w:val="26"/>
          <w:szCs w:val="26"/>
        </w:rPr>
        <w:t>.Decision</w:t>
      </w:r>
      <w:r w:rsidR="00BA3305">
        <w:rPr>
          <w:rFonts w:ascii="Aptos" w:hAnsi="Aptos"/>
        </w:rPr>
        <w:t xml:space="preserve"> – No objection to the </w:t>
      </w:r>
      <w:r w:rsidR="00D22CF2">
        <w:rPr>
          <w:rFonts w:ascii="Aptos" w:hAnsi="Aptos"/>
        </w:rPr>
        <w:t xml:space="preserve">planning application. </w:t>
      </w:r>
    </w:p>
    <w:p w14:paraId="17A9E7BB" w14:textId="77777777" w:rsidR="00367DA5" w:rsidRPr="00153C54" w:rsidRDefault="00803177">
      <w:pPr>
        <w:pStyle w:val="Heading2"/>
        <w:rPr>
          <w:rFonts w:ascii="Aptos" w:hAnsi="Aptos" w:cs="Arial"/>
          <w:color w:val="auto"/>
        </w:rPr>
      </w:pPr>
      <w:r w:rsidRPr="00153C54">
        <w:rPr>
          <w:rFonts w:ascii="Aptos" w:hAnsi="Aptos" w:cs="Arial"/>
          <w:color w:val="auto"/>
        </w:rPr>
        <w:t>6. Date of Next Meeting</w:t>
      </w:r>
    </w:p>
    <w:p w14:paraId="6C2BAC59" w14:textId="31AD936A" w:rsidR="00367DA5" w:rsidRPr="00153C54" w:rsidRDefault="00803177">
      <w:pPr>
        <w:rPr>
          <w:rFonts w:ascii="Aptos" w:hAnsi="Aptos" w:cs="Arial"/>
        </w:rPr>
      </w:pPr>
      <w:r w:rsidRPr="00153C54">
        <w:rPr>
          <w:rFonts w:ascii="Aptos" w:hAnsi="Aptos" w:cs="Arial"/>
        </w:rPr>
        <w:t>•</w:t>
      </w:r>
      <w:r w:rsidR="00B827FE" w:rsidRPr="00153C54">
        <w:rPr>
          <w:rFonts w:ascii="Aptos" w:hAnsi="Aptos" w:cs="Arial"/>
        </w:rPr>
        <w:t xml:space="preserve"> Tuesday </w:t>
      </w:r>
      <w:r w:rsidR="00755EE0" w:rsidRPr="00153C54">
        <w:rPr>
          <w:rFonts w:ascii="Aptos" w:hAnsi="Aptos" w:cs="Arial"/>
        </w:rPr>
        <w:t>4</w:t>
      </w:r>
      <w:r w:rsidR="00755EE0" w:rsidRPr="00153C54">
        <w:rPr>
          <w:rFonts w:ascii="Aptos" w:hAnsi="Aptos" w:cs="Arial"/>
          <w:vertAlign w:val="superscript"/>
        </w:rPr>
        <w:t>th</w:t>
      </w:r>
      <w:r w:rsidR="00755EE0" w:rsidRPr="00153C54">
        <w:rPr>
          <w:rFonts w:ascii="Aptos" w:hAnsi="Aptos" w:cs="Arial"/>
        </w:rPr>
        <w:t xml:space="preserve"> November </w:t>
      </w:r>
      <w:r w:rsidR="0066782A" w:rsidRPr="00153C54">
        <w:rPr>
          <w:rFonts w:ascii="Aptos" w:hAnsi="Aptos" w:cs="Arial"/>
        </w:rPr>
        <w:t xml:space="preserve">7pm </w:t>
      </w:r>
    </w:p>
    <w:sectPr w:rsidR="00367DA5" w:rsidRPr="00153C5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8095448">
    <w:abstractNumId w:val="8"/>
  </w:num>
  <w:num w:numId="2" w16cid:durableId="508301867">
    <w:abstractNumId w:val="6"/>
  </w:num>
  <w:num w:numId="3" w16cid:durableId="1156150446">
    <w:abstractNumId w:val="5"/>
  </w:num>
  <w:num w:numId="4" w16cid:durableId="1795438278">
    <w:abstractNumId w:val="4"/>
  </w:num>
  <w:num w:numId="5" w16cid:durableId="519974814">
    <w:abstractNumId w:val="7"/>
  </w:num>
  <w:num w:numId="6" w16cid:durableId="1574048080">
    <w:abstractNumId w:val="3"/>
  </w:num>
  <w:num w:numId="7" w16cid:durableId="1452936857">
    <w:abstractNumId w:val="2"/>
  </w:num>
  <w:num w:numId="8" w16cid:durableId="1140729740">
    <w:abstractNumId w:val="1"/>
  </w:num>
  <w:num w:numId="9" w16cid:durableId="124475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946"/>
    <w:rsid w:val="00034616"/>
    <w:rsid w:val="0006063C"/>
    <w:rsid w:val="000D2718"/>
    <w:rsid w:val="0015074B"/>
    <w:rsid w:val="0015353F"/>
    <w:rsid w:val="00153C54"/>
    <w:rsid w:val="00175506"/>
    <w:rsid w:val="0029639D"/>
    <w:rsid w:val="00325E48"/>
    <w:rsid w:val="00326F90"/>
    <w:rsid w:val="0033420D"/>
    <w:rsid w:val="00367DA5"/>
    <w:rsid w:val="00502A17"/>
    <w:rsid w:val="0066486C"/>
    <w:rsid w:val="0066782A"/>
    <w:rsid w:val="00735510"/>
    <w:rsid w:val="00755EE0"/>
    <w:rsid w:val="00803177"/>
    <w:rsid w:val="00A21076"/>
    <w:rsid w:val="00AA1D8D"/>
    <w:rsid w:val="00B47730"/>
    <w:rsid w:val="00B827FE"/>
    <w:rsid w:val="00BA3305"/>
    <w:rsid w:val="00C3428D"/>
    <w:rsid w:val="00CB0664"/>
    <w:rsid w:val="00D22CF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9DAF25"/>
  <w14:defaultImageDpi w14:val="300"/>
  <w15:docId w15:val="{C1E2AB02-3701-470A-A02F-887130F3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8</cp:revision>
  <dcterms:created xsi:type="dcterms:W3CDTF">2025-10-23T18:07:00Z</dcterms:created>
  <dcterms:modified xsi:type="dcterms:W3CDTF">2025-10-23T18:11:00Z</dcterms:modified>
  <cp:category/>
</cp:coreProperties>
</file>