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6642B4" w14:textId="77777777" w:rsidR="00B579A0" w:rsidRPr="0071321B" w:rsidRDefault="0083375E">
      <w:pPr>
        <w:pStyle w:val="Title"/>
        <w:rPr>
          <w:rFonts w:ascii="Aptos" w:hAnsi="Aptos" w:cs="Arial"/>
          <w:color w:val="auto"/>
        </w:rPr>
      </w:pPr>
      <w:r w:rsidRPr="0071321B">
        <w:rPr>
          <w:rFonts w:ascii="Aptos" w:hAnsi="Aptos" w:cs="Arial"/>
          <w:color w:val="auto"/>
        </w:rPr>
        <w:t>ULLENHALL PARISH COUNCIL</w:t>
      </w:r>
    </w:p>
    <w:p w14:paraId="6019BBC5" w14:textId="759CE1F0" w:rsidR="00B579A0" w:rsidRPr="0071321B" w:rsidRDefault="0083375E">
      <w:pPr>
        <w:rPr>
          <w:rFonts w:ascii="Aptos" w:hAnsi="Aptos" w:cs="Arial"/>
        </w:rPr>
      </w:pPr>
      <w:r w:rsidRPr="0071321B">
        <w:rPr>
          <w:rFonts w:ascii="Aptos" w:hAnsi="Aptos" w:cs="Arial"/>
        </w:rPr>
        <w:t xml:space="preserve">Minutes of the Meeting held on Tuesday, </w:t>
      </w:r>
      <w:r w:rsidR="00586298" w:rsidRPr="0071321B">
        <w:rPr>
          <w:rFonts w:ascii="Aptos" w:hAnsi="Aptos" w:cs="Arial"/>
        </w:rPr>
        <w:t>4</w:t>
      </w:r>
      <w:r w:rsidR="00586298" w:rsidRPr="0071321B">
        <w:rPr>
          <w:rFonts w:ascii="Aptos" w:hAnsi="Aptos" w:cs="Arial"/>
          <w:vertAlign w:val="superscript"/>
        </w:rPr>
        <w:t>th</w:t>
      </w:r>
      <w:r w:rsidR="00586298" w:rsidRPr="0071321B">
        <w:rPr>
          <w:rFonts w:ascii="Aptos" w:hAnsi="Aptos" w:cs="Arial"/>
        </w:rPr>
        <w:t xml:space="preserve"> November </w:t>
      </w:r>
      <w:r w:rsidRPr="0071321B">
        <w:rPr>
          <w:rFonts w:ascii="Aptos" w:hAnsi="Aptos" w:cs="Arial"/>
        </w:rPr>
        <w:t>2025 at 7:00 pm</w:t>
      </w:r>
    </w:p>
    <w:p w14:paraId="5645603D" w14:textId="77777777" w:rsidR="00B579A0" w:rsidRPr="0071321B" w:rsidRDefault="0083375E">
      <w:pPr>
        <w:rPr>
          <w:rFonts w:ascii="Aptos" w:hAnsi="Aptos" w:cs="Arial"/>
        </w:rPr>
      </w:pPr>
      <w:r w:rsidRPr="0071321B">
        <w:rPr>
          <w:rFonts w:ascii="Aptos" w:hAnsi="Aptos" w:cs="Arial"/>
        </w:rPr>
        <w:t>Venue: Committee Room, Ullenhall Village Hall</w:t>
      </w:r>
    </w:p>
    <w:p w14:paraId="3E89DEAD" w14:textId="77777777" w:rsidR="00B579A0" w:rsidRPr="0071321B" w:rsidRDefault="00B579A0">
      <w:pPr>
        <w:rPr>
          <w:rFonts w:ascii="Aptos" w:hAnsi="Aptos" w:cs="Arial"/>
        </w:rPr>
      </w:pPr>
    </w:p>
    <w:p w14:paraId="4A305682" w14:textId="77777777" w:rsidR="00B579A0" w:rsidRPr="0071321B" w:rsidRDefault="0083375E">
      <w:pPr>
        <w:pStyle w:val="Heading2"/>
        <w:rPr>
          <w:rFonts w:ascii="Aptos" w:hAnsi="Aptos" w:cs="Arial"/>
          <w:color w:val="auto"/>
        </w:rPr>
      </w:pPr>
      <w:r w:rsidRPr="0071321B">
        <w:rPr>
          <w:rFonts w:ascii="Aptos" w:hAnsi="Aptos" w:cs="Arial"/>
          <w:color w:val="auto"/>
        </w:rPr>
        <w:t>1. Present</w:t>
      </w:r>
    </w:p>
    <w:p w14:paraId="3B7393E4" w14:textId="689898DF" w:rsidR="00B579A0" w:rsidRPr="0071321B" w:rsidRDefault="0083375E">
      <w:pPr>
        <w:rPr>
          <w:rFonts w:ascii="Aptos" w:hAnsi="Aptos" w:cs="Arial"/>
        </w:rPr>
      </w:pPr>
      <w:r w:rsidRPr="0071321B">
        <w:rPr>
          <w:rFonts w:ascii="Aptos" w:hAnsi="Aptos" w:cs="Arial"/>
        </w:rPr>
        <w:t>Cllr Clayton (Vice Chair)</w:t>
      </w:r>
      <w:r w:rsidR="00ED6C3F" w:rsidRPr="0071321B">
        <w:rPr>
          <w:rFonts w:ascii="Aptos" w:hAnsi="Aptos" w:cs="Arial"/>
        </w:rPr>
        <w:t xml:space="preserve"> </w:t>
      </w:r>
      <w:r w:rsidRPr="0071321B">
        <w:rPr>
          <w:rFonts w:ascii="Aptos" w:hAnsi="Aptos" w:cs="Arial"/>
        </w:rPr>
        <w:t xml:space="preserve">Cllr Faulkner, </w:t>
      </w:r>
      <w:r w:rsidR="00EC737F" w:rsidRPr="0071321B">
        <w:rPr>
          <w:rFonts w:ascii="Aptos" w:hAnsi="Aptos" w:cs="Arial"/>
        </w:rPr>
        <w:t xml:space="preserve">Cllr Harding, </w:t>
      </w:r>
      <w:r w:rsidR="00586298" w:rsidRPr="0071321B">
        <w:rPr>
          <w:rFonts w:ascii="Aptos" w:hAnsi="Aptos" w:cs="Arial"/>
        </w:rPr>
        <w:t xml:space="preserve">Cllr Bucknall, Cllr Rauer, </w:t>
      </w:r>
      <w:r w:rsidRPr="0071321B">
        <w:rPr>
          <w:rFonts w:ascii="Aptos" w:hAnsi="Aptos" w:cs="Arial"/>
        </w:rPr>
        <w:t>Clerk R Burman,</w:t>
      </w:r>
      <w:r w:rsidR="00586298" w:rsidRPr="0071321B">
        <w:rPr>
          <w:rFonts w:ascii="Aptos" w:hAnsi="Aptos" w:cs="Arial"/>
        </w:rPr>
        <w:t xml:space="preserve"> </w:t>
      </w:r>
    </w:p>
    <w:p w14:paraId="5BFD636C" w14:textId="77777777" w:rsidR="00B579A0" w:rsidRPr="0071321B" w:rsidRDefault="0083375E">
      <w:pPr>
        <w:pStyle w:val="Heading2"/>
        <w:rPr>
          <w:rFonts w:ascii="Aptos" w:hAnsi="Aptos" w:cs="Arial"/>
          <w:color w:val="auto"/>
        </w:rPr>
      </w:pPr>
      <w:r w:rsidRPr="0071321B">
        <w:rPr>
          <w:rFonts w:ascii="Aptos" w:hAnsi="Aptos" w:cs="Arial"/>
          <w:color w:val="auto"/>
        </w:rPr>
        <w:t>2. Apologies for Absence</w:t>
      </w:r>
    </w:p>
    <w:p w14:paraId="22DC1F05" w14:textId="44D7ECB7" w:rsidR="00B579A0" w:rsidRPr="0071321B" w:rsidRDefault="00FE60F3">
      <w:pPr>
        <w:rPr>
          <w:rFonts w:ascii="Aptos" w:hAnsi="Aptos" w:cs="Arial"/>
        </w:rPr>
      </w:pPr>
      <w:r w:rsidRPr="0071321B">
        <w:rPr>
          <w:rFonts w:ascii="Aptos" w:hAnsi="Aptos" w:cs="Arial"/>
        </w:rPr>
        <w:t xml:space="preserve">Cllr </w:t>
      </w:r>
      <w:r w:rsidR="003D1E44" w:rsidRPr="0071321B">
        <w:rPr>
          <w:rFonts w:ascii="Aptos" w:hAnsi="Aptos" w:cs="Arial"/>
        </w:rPr>
        <w:t xml:space="preserve">Shenton, </w:t>
      </w:r>
      <w:r w:rsidR="0043720A" w:rsidRPr="0071321B">
        <w:rPr>
          <w:rFonts w:ascii="Aptos" w:hAnsi="Aptos" w:cs="Arial"/>
        </w:rPr>
        <w:t>Cllr Crocker</w:t>
      </w:r>
      <w:r w:rsidR="00ED587D" w:rsidRPr="0071321B">
        <w:rPr>
          <w:rFonts w:ascii="Aptos" w:hAnsi="Aptos" w:cs="Arial"/>
        </w:rPr>
        <w:t xml:space="preserve">, Cllr Bushell, Cllr Morgan </w:t>
      </w:r>
    </w:p>
    <w:p w14:paraId="719ED529" w14:textId="77777777" w:rsidR="00B579A0" w:rsidRPr="0071321B" w:rsidRDefault="0083375E">
      <w:pPr>
        <w:pStyle w:val="Heading2"/>
        <w:rPr>
          <w:rFonts w:ascii="Aptos" w:hAnsi="Aptos" w:cs="Arial"/>
          <w:color w:val="auto"/>
        </w:rPr>
      </w:pPr>
      <w:r w:rsidRPr="0071321B">
        <w:rPr>
          <w:rFonts w:ascii="Aptos" w:hAnsi="Aptos" w:cs="Arial"/>
          <w:color w:val="auto"/>
        </w:rPr>
        <w:t>3. Approval of Minutes</w:t>
      </w:r>
    </w:p>
    <w:p w14:paraId="756477A2" w14:textId="60D01BD4" w:rsidR="00B579A0" w:rsidRPr="0071321B" w:rsidRDefault="0083375E">
      <w:pPr>
        <w:rPr>
          <w:rFonts w:ascii="Aptos" w:hAnsi="Aptos" w:cs="Arial"/>
        </w:rPr>
      </w:pPr>
      <w:r w:rsidRPr="0071321B">
        <w:rPr>
          <w:rFonts w:ascii="Aptos" w:hAnsi="Aptos" w:cs="Arial"/>
        </w:rPr>
        <w:t>The minutes of the previous Parish Council meeting</w:t>
      </w:r>
      <w:r w:rsidR="009B5C28" w:rsidRPr="0071321B">
        <w:rPr>
          <w:rFonts w:ascii="Aptos" w:hAnsi="Aptos" w:cs="Arial"/>
        </w:rPr>
        <w:t xml:space="preserve">s of </w:t>
      </w:r>
      <w:r w:rsidR="0043720A" w:rsidRPr="0071321B">
        <w:rPr>
          <w:rFonts w:ascii="Aptos" w:hAnsi="Aptos" w:cs="Arial"/>
        </w:rPr>
        <w:t>6</w:t>
      </w:r>
      <w:r w:rsidR="0043720A" w:rsidRPr="0071321B">
        <w:rPr>
          <w:rFonts w:ascii="Aptos" w:hAnsi="Aptos" w:cs="Arial"/>
          <w:vertAlign w:val="superscript"/>
        </w:rPr>
        <w:t>th</w:t>
      </w:r>
      <w:r w:rsidR="0043720A" w:rsidRPr="0071321B">
        <w:rPr>
          <w:rFonts w:ascii="Aptos" w:hAnsi="Aptos" w:cs="Arial"/>
        </w:rPr>
        <w:t xml:space="preserve"> October were approved and signed by C</w:t>
      </w:r>
      <w:r w:rsidR="00B01C9D" w:rsidRPr="0071321B">
        <w:rPr>
          <w:rFonts w:ascii="Aptos" w:hAnsi="Aptos" w:cs="Arial"/>
        </w:rPr>
        <w:t xml:space="preserve">llr </w:t>
      </w:r>
      <w:r w:rsidR="001A30A7">
        <w:rPr>
          <w:rFonts w:ascii="Aptos" w:hAnsi="Aptos" w:cs="Arial"/>
        </w:rPr>
        <w:t>Clayton</w:t>
      </w:r>
    </w:p>
    <w:p w14:paraId="2A4E77DE" w14:textId="77777777" w:rsidR="00B579A0" w:rsidRPr="0071321B" w:rsidRDefault="0083375E">
      <w:pPr>
        <w:pStyle w:val="Heading2"/>
        <w:rPr>
          <w:rFonts w:ascii="Aptos" w:hAnsi="Aptos" w:cs="Arial"/>
          <w:color w:val="auto"/>
        </w:rPr>
      </w:pPr>
      <w:r w:rsidRPr="0071321B">
        <w:rPr>
          <w:rFonts w:ascii="Aptos" w:hAnsi="Aptos" w:cs="Arial"/>
          <w:color w:val="auto"/>
        </w:rPr>
        <w:t>4. Declarations of Interest</w:t>
      </w:r>
    </w:p>
    <w:p w14:paraId="1F59366C" w14:textId="77777777" w:rsidR="00B579A0" w:rsidRPr="0071321B" w:rsidRDefault="0083375E">
      <w:pPr>
        <w:rPr>
          <w:rFonts w:ascii="Aptos" w:hAnsi="Aptos" w:cs="Arial"/>
        </w:rPr>
      </w:pPr>
      <w:r w:rsidRPr="0071321B">
        <w:rPr>
          <w:rFonts w:ascii="Aptos" w:hAnsi="Aptos" w:cs="Arial"/>
        </w:rPr>
        <w:t>None declared.</w:t>
      </w:r>
    </w:p>
    <w:p w14:paraId="3C899E9B" w14:textId="77777777" w:rsidR="00B579A0" w:rsidRPr="0071321B" w:rsidRDefault="0083375E">
      <w:pPr>
        <w:pStyle w:val="Heading2"/>
        <w:rPr>
          <w:rFonts w:ascii="Aptos" w:hAnsi="Aptos" w:cs="Arial"/>
          <w:color w:val="auto"/>
        </w:rPr>
      </w:pPr>
      <w:r w:rsidRPr="0071321B">
        <w:rPr>
          <w:rFonts w:ascii="Aptos" w:hAnsi="Aptos" w:cs="Arial"/>
          <w:color w:val="auto"/>
        </w:rPr>
        <w:t>5. Open Forum</w:t>
      </w:r>
    </w:p>
    <w:p w14:paraId="06968431" w14:textId="77777777" w:rsidR="00B579A0" w:rsidRPr="0071321B" w:rsidRDefault="0083375E">
      <w:pPr>
        <w:rPr>
          <w:rFonts w:ascii="Aptos" w:hAnsi="Aptos" w:cs="Arial"/>
        </w:rPr>
      </w:pPr>
      <w:r w:rsidRPr="0071321B">
        <w:rPr>
          <w:rFonts w:ascii="Aptos" w:hAnsi="Aptos" w:cs="Arial"/>
        </w:rPr>
        <w:t>No items raised.</w:t>
      </w:r>
    </w:p>
    <w:p w14:paraId="575A0425" w14:textId="77777777" w:rsidR="00B579A0" w:rsidRPr="0071321B" w:rsidRDefault="0083375E">
      <w:pPr>
        <w:pStyle w:val="Heading2"/>
        <w:rPr>
          <w:rFonts w:ascii="Aptos" w:hAnsi="Aptos" w:cs="Arial"/>
          <w:color w:val="auto"/>
        </w:rPr>
      </w:pPr>
      <w:r w:rsidRPr="0071321B">
        <w:rPr>
          <w:rFonts w:ascii="Aptos" w:hAnsi="Aptos" w:cs="Arial"/>
          <w:color w:val="auto"/>
        </w:rPr>
        <w:t>6. District Councillor Report – Cllr Shenton</w:t>
      </w:r>
    </w:p>
    <w:p w14:paraId="64C3892E" w14:textId="58010662" w:rsidR="00F82919" w:rsidRPr="0071321B" w:rsidRDefault="00CF6295" w:rsidP="008127EC">
      <w:pPr>
        <w:rPr>
          <w:rFonts w:ascii="Aptos" w:hAnsi="Aptos"/>
        </w:rPr>
      </w:pPr>
      <w:r>
        <w:t xml:space="preserve">Cllr </w:t>
      </w:r>
      <w:proofErr w:type="spellStart"/>
      <w:r>
        <w:t>Crockere</w:t>
      </w:r>
      <w:proofErr w:type="spellEnd"/>
      <w:r>
        <w:t xml:space="preserve"> was unable to attend this parish meeting.  His report is available online via the Ullenhall Parish Website </w:t>
      </w:r>
      <w:hyperlink r:id="rId8" w:history="1">
        <w:r w:rsidRPr="009F4E80">
          <w:rPr>
            <w:rStyle w:val="Hyperlink"/>
          </w:rPr>
          <w:t>www.ullenhallpc.org.uk</w:t>
        </w:r>
      </w:hyperlink>
    </w:p>
    <w:p w14:paraId="5127B602" w14:textId="65454E93" w:rsidR="00ED1998" w:rsidRDefault="0083375E" w:rsidP="00CF045D">
      <w:pPr>
        <w:pStyle w:val="Heading2"/>
        <w:rPr>
          <w:rFonts w:ascii="Aptos" w:hAnsi="Aptos" w:cs="Arial"/>
          <w:color w:val="auto"/>
        </w:rPr>
      </w:pPr>
      <w:r w:rsidRPr="0071321B">
        <w:rPr>
          <w:rFonts w:ascii="Aptos" w:hAnsi="Aptos" w:cs="Arial"/>
          <w:color w:val="auto"/>
        </w:rPr>
        <w:t>7. County Councillor Report – Cllr Crock</w:t>
      </w:r>
      <w:r w:rsidR="001A30A7">
        <w:rPr>
          <w:rFonts w:ascii="Aptos" w:hAnsi="Aptos" w:cs="Arial"/>
          <w:color w:val="auto"/>
        </w:rPr>
        <w:t>er</w:t>
      </w:r>
    </w:p>
    <w:p w14:paraId="6B2E83B4" w14:textId="252BC66A" w:rsidR="00CF045D" w:rsidRPr="00CF045D" w:rsidRDefault="00CF045D" w:rsidP="00CF045D">
      <w:r>
        <w:t xml:space="preserve">Cllr Shenton was unable to attend this parish meeting.  His report is available online via the Ullenhall Parish Website </w:t>
      </w:r>
      <w:hyperlink r:id="rId9" w:history="1">
        <w:r w:rsidRPr="009F4E80">
          <w:rPr>
            <w:rStyle w:val="Hyperlink"/>
          </w:rPr>
          <w:t>www.ullenhallpc.org.uk</w:t>
        </w:r>
      </w:hyperlink>
      <w:r>
        <w:tab/>
      </w:r>
    </w:p>
    <w:p w14:paraId="09B9F7A7" w14:textId="77777777" w:rsidR="00B579A0" w:rsidRPr="0071321B" w:rsidRDefault="0083375E">
      <w:pPr>
        <w:pStyle w:val="Heading2"/>
        <w:rPr>
          <w:rFonts w:ascii="Aptos" w:hAnsi="Aptos" w:cs="Arial"/>
          <w:color w:val="auto"/>
        </w:rPr>
      </w:pPr>
      <w:r w:rsidRPr="0071321B">
        <w:rPr>
          <w:rFonts w:ascii="Aptos" w:hAnsi="Aptos" w:cs="Arial"/>
          <w:color w:val="auto"/>
        </w:rPr>
        <w:t>8. Planning Applications</w:t>
      </w:r>
    </w:p>
    <w:p w14:paraId="3E5E6AA7" w14:textId="77777777" w:rsidR="00B579A0" w:rsidRPr="0071321B" w:rsidRDefault="0083375E">
      <w:pPr>
        <w:rPr>
          <w:rFonts w:ascii="Aptos" w:hAnsi="Aptos" w:cs="Arial"/>
        </w:rPr>
      </w:pPr>
      <w:r w:rsidRPr="0071321B">
        <w:rPr>
          <w:rFonts w:ascii="Aptos" w:hAnsi="Aptos" w:cs="Arial"/>
        </w:rPr>
        <w:t xml:space="preserve">No new applications </w:t>
      </w:r>
      <w:proofErr w:type="gramStart"/>
      <w:r w:rsidRPr="0071321B">
        <w:rPr>
          <w:rFonts w:ascii="Aptos" w:hAnsi="Aptos" w:cs="Arial"/>
        </w:rPr>
        <w:t>received</w:t>
      </w:r>
      <w:proofErr w:type="gramEnd"/>
      <w:r w:rsidRPr="0071321B">
        <w:rPr>
          <w:rFonts w:ascii="Aptos" w:hAnsi="Aptos" w:cs="Arial"/>
        </w:rPr>
        <w:t>.</w:t>
      </w:r>
    </w:p>
    <w:p w14:paraId="472E7038" w14:textId="77777777" w:rsidR="00B579A0" w:rsidRPr="0071321B" w:rsidRDefault="0083375E">
      <w:pPr>
        <w:pStyle w:val="Heading2"/>
        <w:rPr>
          <w:rFonts w:ascii="Aptos" w:hAnsi="Aptos" w:cs="Arial"/>
          <w:color w:val="auto"/>
        </w:rPr>
      </w:pPr>
      <w:r w:rsidRPr="0071321B">
        <w:rPr>
          <w:rFonts w:ascii="Aptos" w:hAnsi="Aptos" w:cs="Arial"/>
          <w:color w:val="auto"/>
        </w:rPr>
        <w:t>9. Planning Decisions</w:t>
      </w:r>
    </w:p>
    <w:p w14:paraId="3E5FBB3C" w14:textId="77777777" w:rsidR="00FE738A" w:rsidRPr="0071321B" w:rsidRDefault="00FE738A" w:rsidP="00FE738A">
      <w:pPr>
        <w:ind w:left="720" w:hanging="720"/>
        <w:rPr>
          <w:rFonts w:ascii="Aptos" w:hAnsi="Aptos" w:cs="Arial"/>
          <w:color w:val="000000" w:themeColor="text1"/>
          <w:lang w:val="en-GB"/>
        </w:rPr>
      </w:pPr>
      <w:r w:rsidRPr="0071321B">
        <w:rPr>
          <w:rFonts w:ascii="Aptos" w:hAnsi="Aptos" w:cs="Arial"/>
        </w:rPr>
        <w:t>a)</w:t>
      </w:r>
      <w:r w:rsidRPr="0071321B">
        <w:rPr>
          <w:rFonts w:ascii="Aptos" w:hAnsi="Aptos" w:cs="Arial"/>
        </w:rPr>
        <w:tab/>
      </w:r>
      <w:r w:rsidRPr="0071321B">
        <w:rPr>
          <w:rFonts w:ascii="Aptos" w:hAnsi="Aptos" w:cs="Arial"/>
          <w:color w:val="000000" w:themeColor="text1"/>
          <w:lang w:val="en-GB"/>
        </w:rPr>
        <w:t xml:space="preserve">Planning Application 25_02157_AAPA </w:t>
      </w:r>
      <w:r w:rsidRPr="0071321B">
        <w:rPr>
          <w:rFonts w:ascii="Aptos" w:hAnsi="Aptos" w:cs="Arial"/>
          <w:color w:val="000000" w:themeColor="text1"/>
        </w:rPr>
        <w:t>River Mead, Tanworth Lane, Henley-in-Arden, B95 5RB HEREBY CONFIRM that PRIOR APPROVAL is GRANTED</w:t>
      </w:r>
    </w:p>
    <w:p w14:paraId="799EC4FC" w14:textId="77777777" w:rsidR="00FE738A" w:rsidRPr="0071321B" w:rsidRDefault="00FE738A" w:rsidP="00FE738A">
      <w:pPr>
        <w:rPr>
          <w:rFonts w:ascii="Aptos" w:hAnsi="Aptos" w:cs="Arial"/>
          <w:color w:val="000000" w:themeColor="text1"/>
        </w:rPr>
      </w:pPr>
    </w:p>
    <w:p w14:paraId="5B93EF3B" w14:textId="5AF7EFBB" w:rsidR="00B579A0" w:rsidRPr="0071321B" w:rsidRDefault="00B579A0">
      <w:pPr>
        <w:rPr>
          <w:rFonts w:ascii="Aptos" w:hAnsi="Aptos" w:cs="Arial"/>
        </w:rPr>
      </w:pPr>
    </w:p>
    <w:p w14:paraId="554D90EF" w14:textId="77777777" w:rsidR="00B579A0" w:rsidRPr="0071321B" w:rsidRDefault="0083375E">
      <w:pPr>
        <w:pStyle w:val="Heading2"/>
        <w:rPr>
          <w:rFonts w:ascii="Aptos" w:hAnsi="Aptos" w:cs="Arial"/>
          <w:color w:val="auto"/>
        </w:rPr>
      </w:pPr>
      <w:r w:rsidRPr="0071321B">
        <w:rPr>
          <w:rFonts w:ascii="Aptos" w:hAnsi="Aptos" w:cs="Arial"/>
          <w:color w:val="auto"/>
        </w:rPr>
        <w:lastRenderedPageBreak/>
        <w:t>10. Planning Appeals</w:t>
      </w:r>
    </w:p>
    <w:p w14:paraId="1BBE0D3F" w14:textId="77777777" w:rsidR="00B579A0" w:rsidRPr="0071321B" w:rsidRDefault="0083375E">
      <w:pPr>
        <w:rPr>
          <w:rFonts w:ascii="Aptos" w:hAnsi="Aptos" w:cs="Arial"/>
        </w:rPr>
      </w:pPr>
      <w:r w:rsidRPr="0071321B">
        <w:rPr>
          <w:rFonts w:ascii="Aptos" w:hAnsi="Aptos" w:cs="Arial"/>
        </w:rPr>
        <w:t>None received.</w:t>
      </w:r>
    </w:p>
    <w:p w14:paraId="650EFD5B" w14:textId="77777777" w:rsidR="00B579A0" w:rsidRPr="0071321B" w:rsidRDefault="0083375E">
      <w:pPr>
        <w:pStyle w:val="Heading2"/>
        <w:rPr>
          <w:rFonts w:ascii="Aptos" w:hAnsi="Aptos" w:cs="Arial"/>
          <w:color w:val="auto"/>
        </w:rPr>
      </w:pPr>
      <w:r w:rsidRPr="0071321B">
        <w:rPr>
          <w:rFonts w:ascii="Aptos" w:hAnsi="Aptos" w:cs="Arial"/>
          <w:color w:val="auto"/>
        </w:rPr>
        <w:t>11. Finance</w:t>
      </w:r>
    </w:p>
    <w:p w14:paraId="35FE7915" w14:textId="77777777" w:rsidR="009A1F73" w:rsidRPr="0071321B" w:rsidRDefault="009A1F73" w:rsidP="009A1F73">
      <w:pPr>
        <w:rPr>
          <w:rFonts w:ascii="Aptos" w:hAnsi="Aptos" w:cs="Arial"/>
          <w:color w:val="000000" w:themeColor="text1"/>
        </w:rPr>
      </w:pPr>
      <w:r w:rsidRPr="0071321B">
        <w:rPr>
          <w:rFonts w:ascii="Aptos" w:hAnsi="Aptos" w:cs="Arial"/>
          <w:color w:val="000000" w:themeColor="text1"/>
        </w:rPr>
        <w:t>Account Balances:</w:t>
      </w:r>
    </w:p>
    <w:p w14:paraId="7E77F18B" w14:textId="77777777" w:rsidR="009A1F73" w:rsidRPr="0071321B" w:rsidRDefault="009A1F73" w:rsidP="009A1F73">
      <w:pPr>
        <w:rPr>
          <w:rFonts w:ascii="Aptos" w:hAnsi="Aptos" w:cs="Arial"/>
          <w:b/>
          <w:bCs/>
          <w:color w:val="000000" w:themeColor="text1"/>
        </w:rPr>
      </w:pPr>
      <w:r w:rsidRPr="0071321B">
        <w:rPr>
          <w:rFonts w:ascii="Aptos" w:hAnsi="Aptos" w:cs="Arial"/>
          <w:b/>
          <w:bCs/>
          <w:color w:val="000000" w:themeColor="text1"/>
        </w:rPr>
        <w:t>- Precept Account: £9,972.06</w:t>
      </w:r>
    </w:p>
    <w:p w14:paraId="5A7A564F" w14:textId="77777777" w:rsidR="009A1F73" w:rsidRPr="0071321B" w:rsidRDefault="009A1F73" w:rsidP="009A1F73">
      <w:pPr>
        <w:rPr>
          <w:rFonts w:ascii="Aptos" w:hAnsi="Aptos" w:cs="Arial"/>
          <w:b/>
          <w:bCs/>
          <w:color w:val="000000" w:themeColor="text1"/>
        </w:rPr>
      </w:pPr>
      <w:r w:rsidRPr="0071321B">
        <w:rPr>
          <w:rFonts w:ascii="Aptos" w:hAnsi="Aptos" w:cs="Arial"/>
          <w:b/>
          <w:bCs/>
          <w:color w:val="000000" w:themeColor="text1"/>
        </w:rPr>
        <w:t>- Charity Account: £11,035.04</w:t>
      </w:r>
    </w:p>
    <w:p w14:paraId="224DF56F" w14:textId="77777777" w:rsidR="009A1F73" w:rsidRPr="0071321B" w:rsidRDefault="009A1F73" w:rsidP="009A1F73">
      <w:pPr>
        <w:rPr>
          <w:rFonts w:ascii="Aptos" w:hAnsi="Aptos" w:cs="Arial"/>
          <w:color w:val="000000" w:themeColor="text1"/>
        </w:rPr>
      </w:pPr>
      <w:r w:rsidRPr="0071321B">
        <w:rPr>
          <w:rFonts w:ascii="Aptos" w:hAnsi="Aptos" w:cs="Arial"/>
          <w:color w:val="000000" w:themeColor="text1"/>
        </w:rPr>
        <w:t>Payments to Approve:</w:t>
      </w:r>
    </w:p>
    <w:p w14:paraId="23CD69E9" w14:textId="77777777" w:rsidR="009A1F73" w:rsidRPr="0071321B" w:rsidRDefault="009A1F73" w:rsidP="009A1F73">
      <w:pPr>
        <w:rPr>
          <w:rFonts w:ascii="Aptos" w:hAnsi="Aptos" w:cs="Arial"/>
          <w:color w:val="000000" w:themeColor="text1"/>
        </w:rPr>
      </w:pPr>
      <w:r w:rsidRPr="0071321B">
        <w:rPr>
          <w:rFonts w:ascii="Aptos" w:hAnsi="Aptos" w:cs="Arial"/>
          <w:color w:val="000000" w:themeColor="text1"/>
        </w:rPr>
        <w:t>1. Clerk’s Pay (October) – £234.00</w:t>
      </w:r>
    </w:p>
    <w:p w14:paraId="1A64C72B" w14:textId="77777777" w:rsidR="009A1F73" w:rsidRPr="0071321B" w:rsidRDefault="009A1F73" w:rsidP="009A1F73">
      <w:pPr>
        <w:rPr>
          <w:rFonts w:ascii="Aptos" w:hAnsi="Aptos" w:cs="Arial"/>
          <w:color w:val="000000" w:themeColor="text1"/>
        </w:rPr>
      </w:pPr>
      <w:r w:rsidRPr="0071321B">
        <w:rPr>
          <w:rFonts w:ascii="Aptos" w:hAnsi="Aptos" w:cs="Arial"/>
          <w:color w:val="000000" w:themeColor="text1"/>
        </w:rPr>
        <w:t>2. Clerk’s Home Working Allowance – £20.00</w:t>
      </w:r>
    </w:p>
    <w:p w14:paraId="273986F4" w14:textId="655D753E" w:rsidR="009A1F73" w:rsidRPr="0071321B" w:rsidRDefault="009A1F73" w:rsidP="009A1F73">
      <w:pPr>
        <w:rPr>
          <w:rFonts w:ascii="Aptos" w:hAnsi="Aptos" w:cs="Arial"/>
          <w:color w:val="000000" w:themeColor="text1"/>
        </w:rPr>
      </w:pPr>
      <w:r w:rsidRPr="0071321B">
        <w:rPr>
          <w:rFonts w:ascii="Aptos" w:hAnsi="Aptos" w:cs="Arial"/>
          <w:color w:val="000000" w:themeColor="text1"/>
        </w:rPr>
        <w:t>3. Lloyds Acct service Charge £4.25 (DD)</w:t>
      </w:r>
      <w:r w:rsidR="00687A08" w:rsidRPr="0071321B">
        <w:rPr>
          <w:rFonts w:ascii="Aptos" w:hAnsi="Aptos" w:cs="Arial"/>
          <w:color w:val="000000" w:themeColor="text1"/>
        </w:rPr>
        <w:t xml:space="preserve"> </w:t>
      </w:r>
    </w:p>
    <w:p w14:paraId="64FAF94F" w14:textId="77777777" w:rsidR="009A1F73" w:rsidRPr="0071321B" w:rsidRDefault="009A1F73" w:rsidP="009A1F73">
      <w:pPr>
        <w:rPr>
          <w:rFonts w:ascii="Aptos" w:hAnsi="Aptos" w:cs="Arial"/>
          <w:color w:val="000000" w:themeColor="text1"/>
        </w:rPr>
      </w:pPr>
      <w:r w:rsidRPr="0071321B">
        <w:rPr>
          <w:rFonts w:ascii="Aptos" w:hAnsi="Aptos" w:cs="Arial"/>
          <w:color w:val="000000" w:themeColor="text1"/>
        </w:rPr>
        <w:t>4. Sky Business Broadband – £31.74 (incl. VAT £5.29) (DD)</w:t>
      </w:r>
    </w:p>
    <w:p w14:paraId="0B3B2E29" w14:textId="77777777" w:rsidR="009A1F73" w:rsidRPr="0071321B" w:rsidRDefault="009A1F73" w:rsidP="009A1F73">
      <w:pPr>
        <w:rPr>
          <w:rFonts w:ascii="Aptos" w:hAnsi="Aptos" w:cs="Arial"/>
          <w:color w:val="000000" w:themeColor="text1"/>
        </w:rPr>
      </w:pPr>
      <w:r w:rsidRPr="0071321B">
        <w:rPr>
          <w:rFonts w:ascii="Aptos" w:hAnsi="Aptos" w:cs="Arial"/>
          <w:color w:val="000000" w:themeColor="text1"/>
        </w:rPr>
        <w:t>5. Tomato Energy (September) – £229.77 (incl VAT £10.94) (DD)</w:t>
      </w:r>
    </w:p>
    <w:p w14:paraId="786681EE" w14:textId="095CED70" w:rsidR="009A1F73" w:rsidRPr="0071321B" w:rsidRDefault="009A1F73" w:rsidP="009A1F73">
      <w:pPr>
        <w:rPr>
          <w:rFonts w:ascii="Aptos" w:hAnsi="Aptos" w:cs="Arial"/>
          <w:color w:val="000000" w:themeColor="text1"/>
        </w:rPr>
      </w:pPr>
      <w:r w:rsidRPr="0071321B">
        <w:rPr>
          <w:rFonts w:ascii="Aptos" w:hAnsi="Aptos" w:cs="Arial"/>
          <w:color w:val="000000" w:themeColor="text1"/>
        </w:rPr>
        <w:t>6. Hughes Contract Services – Charity Field Maintenance for October £170.00</w:t>
      </w:r>
      <w:r w:rsidR="00AF104A" w:rsidRPr="0071321B">
        <w:rPr>
          <w:rFonts w:ascii="Aptos" w:hAnsi="Aptos" w:cs="Arial"/>
          <w:color w:val="000000" w:themeColor="text1"/>
        </w:rPr>
        <w:t xml:space="preserve"> </w:t>
      </w:r>
      <w:r w:rsidR="002E6F36" w:rsidRPr="0071321B">
        <w:rPr>
          <w:rFonts w:ascii="Aptos" w:hAnsi="Aptos" w:cs="Arial"/>
          <w:color w:val="000000" w:themeColor="text1"/>
        </w:rPr>
        <w:t>(</w:t>
      </w:r>
      <w:r w:rsidR="00AF104A" w:rsidRPr="0071321B">
        <w:rPr>
          <w:rFonts w:ascii="Aptos" w:hAnsi="Aptos" w:cs="Arial"/>
          <w:color w:val="000000" w:themeColor="text1"/>
        </w:rPr>
        <w:t>C</w:t>
      </w:r>
      <w:r w:rsidR="002E6F36" w:rsidRPr="0071321B">
        <w:rPr>
          <w:rFonts w:ascii="Aptos" w:hAnsi="Aptos" w:cs="Arial"/>
          <w:color w:val="000000" w:themeColor="text1"/>
        </w:rPr>
        <w:t>)</w:t>
      </w:r>
    </w:p>
    <w:p w14:paraId="0F9379A8" w14:textId="77777777" w:rsidR="009A1F73" w:rsidRPr="0071321B" w:rsidRDefault="009A1F73" w:rsidP="009A1F73">
      <w:pPr>
        <w:rPr>
          <w:rFonts w:ascii="Aptos" w:hAnsi="Aptos" w:cs="Arial"/>
          <w:color w:val="000000" w:themeColor="text1"/>
        </w:rPr>
      </w:pPr>
      <w:r w:rsidRPr="0071321B">
        <w:rPr>
          <w:rFonts w:ascii="Aptos" w:hAnsi="Aptos" w:cs="Arial"/>
          <w:color w:val="000000" w:themeColor="text1"/>
        </w:rPr>
        <w:t xml:space="preserve">7. WALC </w:t>
      </w:r>
      <w:proofErr w:type="spellStart"/>
      <w:r w:rsidRPr="0071321B">
        <w:rPr>
          <w:rFonts w:ascii="Aptos" w:hAnsi="Aptos" w:cs="Arial"/>
          <w:color w:val="000000" w:themeColor="text1"/>
        </w:rPr>
        <w:t>Councillor</w:t>
      </w:r>
      <w:proofErr w:type="spellEnd"/>
      <w:r w:rsidRPr="0071321B">
        <w:rPr>
          <w:rFonts w:ascii="Aptos" w:hAnsi="Aptos" w:cs="Arial"/>
          <w:color w:val="000000" w:themeColor="text1"/>
        </w:rPr>
        <w:t xml:space="preserve"> Training Planning sessions 1 and 2 £168.00</w:t>
      </w:r>
    </w:p>
    <w:p w14:paraId="27AECE9E" w14:textId="62CA2A7E" w:rsidR="009A1F73" w:rsidRPr="0071321B" w:rsidRDefault="009A1F73" w:rsidP="009A1F73">
      <w:pPr>
        <w:rPr>
          <w:rFonts w:ascii="Aptos" w:hAnsi="Aptos" w:cs="Arial"/>
          <w:color w:val="000000" w:themeColor="text1"/>
        </w:rPr>
      </w:pPr>
      <w:r w:rsidRPr="0071321B">
        <w:rPr>
          <w:rFonts w:ascii="Aptos" w:hAnsi="Aptos" w:cs="Arial"/>
          <w:color w:val="000000" w:themeColor="text1"/>
        </w:rPr>
        <w:t xml:space="preserve">8. WALC </w:t>
      </w:r>
      <w:proofErr w:type="spellStart"/>
      <w:r w:rsidRPr="0071321B">
        <w:rPr>
          <w:rFonts w:ascii="Aptos" w:hAnsi="Aptos" w:cs="Arial"/>
          <w:color w:val="000000" w:themeColor="text1"/>
        </w:rPr>
        <w:t>Councillor</w:t>
      </w:r>
      <w:proofErr w:type="spellEnd"/>
      <w:r w:rsidRPr="0071321B">
        <w:rPr>
          <w:rFonts w:ascii="Aptos" w:hAnsi="Aptos" w:cs="Arial"/>
          <w:color w:val="000000" w:themeColor="text1"/>
        </w:rPr>
        <w:t xml:space="preserve"> training – new </w:t>
      </w:r>
      <w:proofErr w:type="spellStart"/>
      <w:r w:rsidR="00E25DAC" w:rsidRPr="0071321B">
        <w:rPr>
          <w:rFonts w:ascii="Aptos" w:hAnsi="Aptos" w:cs="Arial"/>
          <w:color w:val="000000" w:themeColor="text1"/>
        </w:rPr>
        <w:t>C</w:t>
      </w:r>
      <w:r w:rsidRPr="0071321B">
        <w:rPr>
          <w:rFonts w:ascii="Aptos" w:hAnsi="Aptos" w:cs="Arial"/>
          <w:color w:val="000000" w:themeColor="text1"/>
        </w:rPr>
        <w:t>ouncillor</w:t>
      </w:r>
      <w:proofErr w:type="spellEnd"/>
      <w:r w:rsidRPr="0071321B">
        <w:rPr>
          <w:rFonts w:ascii="Aptos" w:hAnsi="Aptos" w:cs="Arial"/>
          <w:color w:val="000000" w:themeColor="text1"/>
        </w:rPr>
        <w:t xml:space="preserve"> session £84.00</w:t>
      </w:r>
      <w:r w:rsidR="002E6F36" w:rsidRPr="0071321B">
        <w:rPr>
          <w:rFonts w:ascii="Aptos" w:hAnsi="Aptos" w:cs="Arial"/>
          <w:color w:val="000000" w:themeColor="text1"/>
        </w:rPr>
        <w:t xml:space="preserve"> </w:t>
      </w:r>
    </w:p>
    <w:p w14:paraId="783939CB" w14:textId="77777777" w:rsidR="009A1F73" w:rsidRPr="0071321B" w:rsidRDefault="009A1F73" w:rsidP="009A1F73">
      <w:pPr>
        <w:rPr>
          <w:rFonts w:ascii="Aptos" w:hAnsi="Aptos" w:cs="Arial"/>
          <w:color w:val="000000" w:themeColor="text1"/>
        </w:rPr>
      </w:pPr>
      <w:r w:rsidRPr="0071321B">
        <w:rPr>
          <w:rFonts w:ascii="Aptos" w:hAnsi="Aptos" w:cs="Arial"/>
          <w:color w:val="000000" w:themeColor="text1"/>
        </w:rPr>
        <w:t>8. WALC Clerk Training £42</w:t>
      </w:r>
    </w:p>
    <w:p w14:paraId="466B1C01" w14:textId="77777777" w:rsidR="009A1F73" w:rsidRPr="0071321B" w:rsidRDefault="009A1F73" w:rsidP="009A1F73">
      <w:pPr>
        <w:rPr>
          <w:rFonts w:ascii="Aptos" w:hAnsi="Aptos" w:cs="Arial"/>
          <w:color w:val="000000" w:themeColor="text1"/>
        </w:rPr>
      </w:pPr>
      <w:r w:rsidRPr="0071321B">
        <w:rPr>
          <w:rFonts w:ascii="Aptos" w:hAnsi="Aptos" w:cs="Arial"/>
          <w:color w:val="000000" w:themeColor="text1"/>
        </w:rPr>
        <w:t xml:space="preserve">9. War Memorial planting £27.99 </w:t>
      </w:r>
    </w:p>
    <w:p w14:paraId="161E2490" w14:textId="77777777" w:rsidR="009A1F73" w:rsidRPr="0071321B" w:rsidRDefault="009A1F73" w:rsidP="009A1F73">
      <w:pPr>
        <w:rPr>
          <w:rFonts w:ascii="Aptos" w:hAnsi="Aptos" w:cs="Arial"/>
          <w:color w:val="000000" w:themeColor="text1"/>
        </w:rPr>
      </w:pPr>
      <w:r w:rsidRPr="0071321B">
        <w:rPr>
          <w:rFonts w:ascii="Aptos" w:hAnsi="Aptos" w:cs="Arial"/>
          <w:color w:val="000000" w:themeColor="text1"/>
        </w:rPr>
        <w:t>10. Village Hall Hire Nov 25 – March 26 £75.00</w:t>
      </w:r>
    </w:p>
    <w:p w14:paraId="1D6D65C2" w14:textId="77777777" w:rsidR="009A1F73" w:rsidRPr="0071321B" w:rsidRDefault="009A1F73" w:rsidP="009A1F73">
      <w:pPr>
        <w:rPr>
          <w:rFonts w:ascii="Aptos" w:hAnsi="Aptos" w:cs="Arial"/>
          <w:color w:val="000000" w:themeColor="text1"/>
        </w:rPr>
      </w:pPr>
      <w:r w:rsidRPr="0071321B">
        <w:rPr>
          <w:rFonts w:ascii="Aptos" w:hAnsi="Aptos" w:cs="Arial"/>
          <w:color w:val="000000" w:themeColor="text1"/>
        </w:rPr>
        <w:t>11. Microsoft subscription £104.99</w:t>
      </w:r>
    </w:p>
    <w:p w14:paraId="08E574DC" w14:textId="77777777" w:rsidR="009A1F73" w:rsidRPr="0071321B" w:rsidRDefault="009A1F73" w:rsidP="009A1F73">
      <w:pPr>
        <w:rPr>
          <w:rFonts w:ascii="Aptos" w:hAnsi="Aptos" w:cs="Arial"/>
          <w:color w:val="000000" w:themeColor="text1"/>
        </w:rPr>
      </w:pPr>
      <w:r w:rsidRPr="0071321B">
        <w:rPr>
          <w:rFonts w:ascii="Aptos" w:hAnsi="Aptos" w:cs="Arial"/>
          <w:color w:val="000000" w:themeColor="text1"/>
        </w:rPr>
        <w:t>12. Printer cartridges £16.99</w:t>
      </w:r>
    </w:p>
    <w:p w14:paraId="65C0C3EE" w14:textId="77777777" w:rsidR="009A1F73" w:rsidRPr="0071321B" w:rsidRDefault="009A1F73" w:rsidP="009A1F73">
      <w:pPr>
        <w:rPr>
          <w:rFonts w:ascii="Aptos" w:hAnsi="Aptos" w:cs="Arial"/>
          <w:color w:val="000000" w:themeColor="text1"/>
        </w:rPr>
      </w:pPr>
      <w:r w:rsidRPr="0071321B">
        <w:rPr>
          <w:rFonts w:ascii="Aptos" w:hAnsi="Aptos" w:cs="Arial"/>
          <w:color w:val="000000" w:themeColor="text1"/>
        </w:rPr>
        <w:t xml:space="preserve">13. Village </w:t>
      </w:r>
      <w:proofErr w:type="gramStart"/>
      <w:r w:rsidRPr="0071321B">
        <w:rPr>
          <w:rFonts w:ascii="Aptos" w:hAnsi="Aptos" w:cs="Arial"/>
          <w:color w:val="000000" w:themeColor="text1"/>
        </w:rPr>
        <w:t>hall</w:t>
      </w:r>
      <w:proofErr w:type="gramEnd"/>
      <w:r w:rsidRPr="0071321B">
        <w:rPr>
          <w:rFonts w:ascii="Aptos" w:hAnsi="Aptos" w:cs="Arial"/>
          <w:color w:val="000000" w:themeColor="text1"/>
        </w:rPr>
        <w:t xml:space="preserve"> hire Planning meeting Oct 23</w:t>
      </w:r>
      <w:r w:rsidRPr="0071321B">
        <w:rPr>
          <w:rFonts w:ascii="Aptos" w:hAnsi="Aptos" w:cs="Arial"/>
          <w:color w:val="000000" w:themeColor="text1"/>
          <w:vertAlign w:val="superscript"/>
        </w:rPr>
        <w:t>rd</w:t>
      </w:r>
      <w:r w:rsidRPr="0071321B">
        <w:rPr>
          <w:rFonts w:ascii="Aptos" w:hAnsi="Aptos" w:cs="Arial"/>
          <w:color w:val="000000" w:themeColor="text1"/>
        </w:rPr>
        <w:t xml:space="preserve"> £15</w:t>
      </w:r>
    </w:p>
    <w:p w14:paraId="2F298184" w14:textId="05AC86BA" w:rsidR="009A1F73" w:rsidRPr="0071321B" w:rsidRDefault="009A1F73" w:rsidP="009A1F73">
      <w:pPr>
        <w:rPr>
          <w:rFonts w:ascii="Aptos" w:hAnsi="Aptos" w:cs="Arial"/>
          <w:color w:val="000000" w:themeColor="text1"/>
        </w:rPr>
      </w:pPr>
    </w:p>
    <w:p w14:paraId="5BE50085" w14:textId="3DE22AA8" w:rsidR="00C03EEF" w:rsidRPr="0071321B" w:rsidRDefault="00873504" w:rsidP="00873504">
      <w:pPr>
        <w:pStyle w:val="Heading2"/>
        <w:jc w:val="center"/>
        <w:rPr>
          <w:rFonts w:ascii="Aptos" w:hAnsi="Aptos" w:cs="Arial"/>
          <w:color w:val="auto"/>
        </w:rPr>
      </w:pPr>
      <w:r w:rsidRPr="0071321B">
        <w:rPr>
          <w:rFonts w:ascii="Aptos" w:hAnsi="Aptos" w:cs="Arial"/>
          <w:color w:val="auto"/>
        </w:rPr>
        <w:t>ALL PAYMENTS APPROVED</w:t>
      </w:r>
    </w:p>
    <w:p w14:paraId="02B6A1D8" w14:textId="77777777" w:rsidR="00873504" w:rsidRPr="0071321B" w:rsidRDefault="00873504" w:rsidP="00873504">
      <w:pPr>
        <w:rPr>
          <w:rFonts w:ascii="Aptos" w:hAnsi="Aptos"/>
        </w:rPr>
      </w:pPr>
    </w:p>
    <w:p w14:paraId="3E2FC46B" w14:textId="77777777" w:rsidR="00873504" w:rsidRPr="0071321B" w:rsidRDefault="00873504" w:rsidP="00873504">
      <w:pPr>
        <w:rPr>
          <w:rFonts w:ascii="Aptos" w:hAnsi="Aptos"/>
        </w:rPr>
      </w:pPr>
    </w:p>
    <w:p w14:paraId="10C3A336" w14:textId="4626DC7A" w:rsidR="00B579A0" w:rsidRPr="0071321B" w:rsidRDefault="0083375E">
      <w:pPr>
        <w:pStyle w:val="Heading2"/>
        <w:rPr>
          <w:rFonts w:ascii="Aptos" w:hAnsi="Aptos" w:cs="Arial"/>
          <w:color w:val="auto"/>
        </w:rPr>
      </w:pPr>
      <w:r w:rsidRPr="0071321B">
        <w:rPr>
          <w:rFonts w:ascii="Aptos" w:hAnsi="Aptos" w:cs="Arial"/>
          <w:color w:val="auto"/>
        </w:rPr>
        <w:lastRenderedPageBreak/>
        <w:t>12. Ongoing Matters</w:t>
      </w:r>
    </w:p>
    <w:p w14:paraId="11E57E04" w14:textId="65C6F687" w:rsidR="00234BC8" w:rsidRPr="0071321B" w:rsidRDefault="00234BC8" w:rsidP="00234BC8">
      <w:pPr>
        <w:rPr>
          <w:rFonts w:ascii="Aptos" w:hAnsi="Aptos" w:cs="Arial"/>
          <w:color w:val="000000" w:themeColor="text1"/>
        </w:rPr>
      </w:pPr>
      <w:r w:rsidRPr="0071321B">
        <w:rPr>
          <w:rFonts w:ascii="Aptos" w:hAnsi="Aptos" w:cs="Arial"/>
          <w:color w:val="000000" w:themeColor="text1"/>
        </w:rPr>
        <w:t>1. Church Hill Footpath / Perry Mill Footpath</w:t>
      </w:r>
      <w:r w:rsidR="00F84B8C" w:rsidRPr="0071321B">
        <w:rPr>
          <w:rFonts w:ascii="Aptos" w:hAnsi="Aptos" w:cs="Arial"/>
          <w:color w:val="000000" w:themeColor="text1"/>
        </w:rPr>
        <w:t xml:space="preserve"> Church Hill </w:t>
      </w:r>
      <w:r w:rsidR="00BE6541" w:rsidRPr="0071321B">
        <w:rPr>
          <w:rFonts w:ascii="Aptos" w:hAnsi="Aptos" w:cs="Arial"/>
          <w:color w:val="000000" w:themeColor="text1"/>
        </w:rPr>
        <w:t xml:space="preserve">has been cut back now.  Perry Mill Footpath – Clerk to chase. </w:t>
      </w:r>
    </w:p>
    <w:p w14:paraId="2C20170D" w14:textId="52412B0A" w:rsidR="00234BC8" w:rsidRPr="0071321B" w:rsidRDefault="00234BC8" w:rsidP="00234BC8">
      <w:pPr>
        <w:rPr>
          <w:rFonts w:ascii="Aptos" w:hAnsi="Aptos" w:cs="Arial"/>
          <w:color w:val="000000" w:themeColor="text1"/>
        </w:rPr>
      </w:pPr>
      <w:r w:rsidRPr="0071321B">
        <w:rPr>
          <w:rFonts w:ascii="Aptos" w:hAnsi="Aptos" w:cs="Arial"/>
          <w:color w:val="000000" w:themeColor="text1"/>
        </w:rPr>
        <w:t>4. Street Lighting (quotes for repairs)</w:t>
      </w:r>
      <w:r w:rsidR="00271547" w:rsidRPr="0071321B">
        <w:rPr>
          <w:rFonts w:ascii="Aptos" w:hAnsi="Aptos" w:cs="Arial"/>
          <w:color w:val="000000" w:themeColor="text1"/>
        </w:rPr>
        <w:t xml:space="preserve"> – These have been approved to be replaced </w:t>
      </w:r>
    </w:p>
    <w:p w14:paraId="32D081D2" w14:textId="77777777" w:rsidR="00233377" w:rsidRPr="0071321B" w:rsidRDefault="00234BC8" w:rsidP="00233377">
      <w:pPr>
        <w:rPr>
          <w:rFonts w:ascii="Aptos" w:hAnsi="Aptos" w:cs="Arial"/>
          <w:color w:val="000000" w:themeColor="text1"/>
        </w:rPr>
      </w:pPr>
      <w:r w:rsidRPr="0071321B">
        <w:rPr>
          <w:rFonts w:ascii="Aptos" w:hAnsi="Aptos" w:cs="Arial"/>
          <w:color w:val="000000" w:themeColor="text1"/>
        </w:rPr>
        <w:t>6. Land (8 acres) at Watery Lane/ Housing Needs Survey</w:t>
      </w:r>
      <w:r w:rsidR="00233377" w:rsidRPr="0071321B">
        <w:rPr>
          <w:rFonts w:ascii="Aptos" w:hAnsi="Aptos" w:cs="Arial"/>
          <w:color w:val="000000" w:themeColor="text1"/>
        </w:rPr>
        <w:t xml:space="preserve"> - a questionnaire, is going to be handed out to all residents regarding this, </w:t>
      </w:r>
      <w:proofErr w:type="spellStart"/>
      <w:r w:rsidR="00233377" w:rsidRPr="0071321B">
        <w:rPr>
          <w:rFonts w:ascii="Aptos" w:hAnsi="Aptos" w:cs="Arial"/>
          <w:color w:val="000000" w:themeColor="text1"/>
        </w:rPr>
        <w:t>sub committee</w:t>
      </w:r>
      <w:proofErr w:type="spellEnd"/>
      <w:r w:rsidR="00233377" w:rsidRPr="0071321B">
        <w:rPr>
          <w:rFonts w:ascii="Aptos" w:hAnsi="Aptos" w:cs="Arial"/>
          <w:color w:val="000000" w:themeColor="text1"/>
        </w:rPr>
        <w:t xml:space="preserve"> will be set up to instigate this. </w:t>
      </w:r>
    </w:p>
    <w:p w14:paraId="1FAFDFBB" w14:textId="3A86BEAF" w:rsidR="00234BC8" w:rsidRPr="0071321B" w:rsidRDefault="00234BC8" w:rsidP="00234BC8">
      <w:pPr>
        <w:rPr>
          <w:rFonts w:ascii="Aptos" w:hAnsi="Aptos" w:cs="Arial"/>
          <w:color w:val="000000" w:themeColor="text1"/>
        </w:rPr>
      </w:pPr>
      <w:r w:rsidRPr="0071321B">
        <w:rPr>
          <w:rFonts w:ascii="Aptos" w:hAnsi="Aptos" w:cs="Arial"/>
          <w:color w:val="000000" w:themeColor="text1"/>
        </w:rPr>
        <w:t>7. ANPR Camera proposal</w:t>
      </w:r>
      <w:r w:rsidR="00047F16" w:rsidRPr="0071321B">
        <w:rPr>
          <w:rFonts w:ascii="Aptos" w:hAnsi="Aptos" w:cs="Arial"/>
          <w:color w:val="000000" w:themeColor="text1"/>
        </w:rPr>
        <w:t xml:space="preserve"> –</w:t>
      </w:r>
      <w:r w:rsidR="00233377" w:rsidRPr="0071321B">
        <w:rPr>
          <w:rFonts w:ascii="Aptos" w:hAnsi="Aptos" w:cs="Arial"/>
          <w:color w:val="000000" w:themeColor="text1"/>
        </w:rPr>
        <w:t xml:space="preserve"> </w:t>
      </w:r>
      <w:r w:rsidR="00B432BF" w:rsidRPr="0071321B">
        <w:rPr>
          <w:rFonts w:ascii="Aptos" w:hAnsi="Aptos" w:cs="Arial"/>
          <w:color w:val="000000" w:themeColor="text1"/>
        </w:rPr>
        <w:t xml:space="preserve">A donation of £4300 has been given from </w:t>
      </w:r>
      <w:proofErr w:type="spellStart"/>
      <w:r w:rsidR="00B432BF" w:rsidRPr="0071321B">
        <w:rPr>
          <w:rFonts w:ascii="Aptos" w:hAnsi="Aptos" w:cs="Arial"/>
          <w:color w:val="000000" w:themeColor="text1"/>
        </w:rPr>
        <w:t>from</w:t>
      </w:r>
      <w:proofErr w:type="spellEnd"/>
      <w:r w:rsidR="00B432BF" w:rsidRPr="0071321B">
        <w:rPr>
          <w:rFonts w:ascii="Aptos" w:hAnsi="Aptos" w:cs="Arial"/>
          <w:color w:val="000000" w:themeColor="text1"/>
        </w:rPr>
        <w:t xml:space="preserve"> the Charity account toward the installation</w:t>
      </w:r>
      <w:r w:rsidR="007D4DD3" w:rsidRPr="0071321B">
        <w:rPr>
          <w:rFonts w:ascii="Aptos" w:hAnsi="Aptos" w:cs="Arial"/>
          <w:color w:val="000000" w:themeColor="text1"/>
        </w:rPr>
        <w:t xml:space="preserve">.  </w:t>
      </w:r>
    </w:p>
    <w:p w14:paraId="3926C567" w14:textId="66D70E2A" w:rsidR="00234BC8" w:rsidRPr="0071321B" w:rsidRDefault="00234BC8" w:rsidP="00234BC8">
      <w:pPr>
        <w:rPr>
          <w:rFonts w:ascii="Aptos" w:hAnsi="Aptos" w:cs="Arial"/>
          <w:color w:val="000000" w:themeColor="text1"/>
        </w:rPr>
      </w:pPr>
      <w:r w:rsidRPr="0071321B">
        <w:rPr>
          <w:rFonts w:ascii="Aptos" w:hAnsi="Aptos" w:cs="Arial"/>
          <w:color w:val="000000" w:themeColor="text1"/>
        </w:rPr>
        <w:t>8. Clerk/</w:t>
      </w:r>
      <w:proofErr w:type="spellStart"/>
      <w:r w:rsidRPr="0071321B">
        <w:rPr>
          <w:rFonts w:ascii="Aptos" w:hAnsi="Aptos" w:cs="Arial"/>
          <w:color w:val="000000" w:themeColor="text1"/>
        </w:rPr>
        <w:t>Councillor</w:t>
      </w:r>
      <w:proofErr w:type="spellEnd"/>
      <w:r w:rsidRPr="0071321B">
        <w:rPr>
          <w:rFonts w:ascii="Aptos" w:hAnsi="Aptos" w:cs="Arial"/>
          <w:color w:val="000000" w:themeColor="text1"/>
        </w:rPr>
        <w:t xml:space="preserve"> training</w:t>
      </w:r>
      <w:r w:rsidR="00C70244" w:rsidRPr="0071321B">
        <w:rPr>
          <w:rFonts w:ascii="Aptos" w:hAnsi="Aptos" w:cs="Arial"/>
          <w:color w:val="000000" w:themeColor="text1"/>
        </w:rPr>
        <w:t xml:space="preserve"> – to be taken off the agenda as training has been carried out. </w:t>
      </w:r>
    </w:p>
    <w:p w14:paraId="1F6FCA4D" w14:textId="2EC8791A" w:rsidR="00234BC8" w:rsidRPr="0071321B" w:rsidRDefault="00234BC8" w:rsidP="00234BC8">
      <w:pPr>
        <w:rPr>
          <w:rFonts w:ascii="Aptos" w:hAnsi="Aptos" w:cs="Arial"/>
          <w:color w:val="000000" w:themeColor="text1"/>
        </w:rPr>
      </w:pPr>
      <w:r w:rsidRPr="0071321B">
        <w:rPr>
          <w:rFonts w:ascii="Aptos" w:hAnsi="Aptos" w:cs="Arial"/>
          <w:color w:val="000000" w:themeColor="text1"/>
        </w:rPr>
        <w:t xml:space="preserve">10. Play Area Inspection </w:t>
      </w:r>
      <w:r w:rsidR="0089558E" w:rsidRPr="0071321B">
        <w:rPr>
          <w:rFonts w:ascii="Aptos" w:hAnsi="Aptos" w:cs="Arial"/>
          <w:color w:val="000000" w:themeColor="text1"/>
        </w:rPr>
        <w:t xml:space="preserve">– noted and </w:t>
      </w:r>
      <w:r w:rsidR="00106449" w:rsidRPr="0071321B">
        <w:rPr>
          <w:rFonts w:ascii="Aptos" w:hAnsi="Aptos" w:cs="Arial"/>
          <w:color w:val="000000" w:themeColor="text1"/>
        </w:rPr>
        <w:t xml:space="preserve">all has been returned as low risk – more signage to be obtained for safety </w:t>
      </w:r>
    </w:p>
    <w:p w14:paraId="1EB0A332" w14:textId="797B6C6E" w:rsidR="00234BC8" w:rsidRPr="0071321B" w:rsidRDefault="00234BC8" w:rsidP="00234BC8">
      <w:pPr>
        <w:rPr>
          <w:rFonts w:ascii="Aptos" w:hAnsi="Aptos" w:cs="Arial"/>
          <w:color w:val="000000" w:themeColor="text1"/>
        </w:rPr>
      </w:pPr>
      <w:r w:rsidRPr="0071321B">
        <w:rPr>
          <w:rFonts w:ascii="Aptos" w:hAnsi="Aptos" w:cs="Arial"/>
          <w:color w:val="000000" w:themeColor="text1"/>
        </w:rPr>
        <w:t>11. Land opposite Moat House Stud, Ullenhall</w:t>
      </w:r>
      <w:r w:rsidR="00A3305E" w:rsidRPr="0071321B">
        <w:rPr>
          <w:rFonts w:ascii="Aptos" w:hAnsi="Aptos" w:cs="Arial"/>
          <w:color w:val="000000" w:themeColor="text1"/>
        </w:rPr>
        <w:t xml:space="preserve"> – awaiting update from Planning enforcement.  </w:t>
      </w:r>
    </w:p>
    <w:p w14:paraId="797189FB" w14:textId="25DF8C1B" w:rsidR="00234BC8" w:rsidRPr="0071321B" w:rsidRDefault="00234BC8" w:rsidP="00234BC8">
      <w:pPr>
        <w:rPr>
          <w:rFonts w:ascii="Aptos" w:hAnsi="Aptos" w:cs="Arial"/>
          <w:color w:val="000000" w:themeColor="text1"/>
        </w:rPr>
      </w:pPr>
      <w:r w:rsidRPr="0071321B">
        <w:rPr>
          <w:rFonts w:ascii="Aptos" w:hAnsi="Aptos" w:cs="Arial"/>
          <w:color w:val="000000" w:themeColor="text1"/>
        </w:rPr>
        <w:t xml:space="preserve">14. Clerk Contract </w:t>
      </w:r>
      <w:r w:rsidR="005D1BB4" w:rsidRPr="0071321B">
        <w:rPr>
          <w:rFonts w:ascii="Aptos" w:hAnsi="Aptos" w:cs="Arial"/>
          <w:color w:val="000000" w:themeColor="text1"/>
        </w:rPr>
        <w:t>–</w:t>
      </w:r>
      <w:r w:rsidR="00CF3F06" w:rsidRPr="0071321B">
        <w:rPr>
          <w:rFonts w:ascii="Aptos" w:hAnsi="Aptos" w:cs="Arial"/>
          <w:color w:val="000000" w:themeColor="text1"/>
        </w:rPr>
        <w:t xml:space="preserve"> </w:t>
      </w:r>
      <w:r w:rsidR="005D1BB4" w:rsidRPr="0071321B">
        <w:rPr>
          <w:rFonts w:ascii="Aptos" w:hAnsi="Aptos" w:cs="Arial"/>
          <w:color w:val="000000" w:themeColor="text1"/>
        </w:rPr>
        <w:t>to be dis</w:t>
      </w:r>
      <w:r w:rsidR="00104FC1" w:rsidRPr="0071321B">
        <w:rPr>
          <w:rFonts w:ascii="Aptos" w:hAnsi="Aptos" w:cs="Arial"/>
          <w:color w:val="000000" w:themeColor="text1"/>
        </w:rPr>
        <w:t xml:space="preserve">cussed in a separate HR meeting. </w:t>
      </w:r>
    </w:p>
    <w:p w14:paraId="13C753B4" w14:textId="1EDEC16C" w:rsidR="00234BC8" w:rsidRPr="0071321B" w:rsidRDefault="00234BC8" w:rsidP="00234BC8">
      <w:pPr>
        <w:rPr>
          <w:rFonts w:ascii="Aptos" w:hAnsi="Aptos" w:cs="Arial"/>
          <w:color w:val="000000" w:themeColor="text1"/>
        </w:rPr>
      </w:pPr>
      <w:r w:rsidRPr="0071321B">
        <w:rPr>
          <w:rFonts w:ascii="Aptos" w:hAnsi="Aptos" w:cs="Arial"/>
          <w:color w:val="000000" w:themeColor="text1"/>
        </w:rPr>
        <w:t>15. Declaration of Acceptance</w:t>
      </w:r>
      <w:r w:rsidR="00A31438" w:rsidRPr="0071321B">
        <w:rPr>
          <w:rFonts w:ascii="Aptos" w:hAnsi="Aptos" w:cs="Arial"/>
          <w:color w:val="000000" w:themeColor="text1"/>
        </w:rPr>
        <w:t xml:space="preserve"> </w:t>
      </w:r>
      <w:r w:rsidR="00104FC1" w:rsidRPr="0071321B">
        <w:rPr>
          <w:rFonts w:ascii="Aptos" w:hAnsi="Aptos" w:cs="Arial"/>
          <w:color w:val="000000" w:themeColor="text1"/>
        </w:rPr>
        <w:t>–</w:t>
      </w:r>
      <w:r w:rsidR="00A31438" w:rsidRPr="0071321B">
        <w:rPr>
          <w:rFonts w:ascii="Aptos" w:hAnsi="Aptos" w:cs="Arial"/>
          <w:color w:val="000000" w:themeColor="text1"/>
        </w:rPr>
        <w:t xml:space="preserve"> </w:t>
      </w:r>
      <w:r w:rsidR="00104FC1" w:rsidRPr="0071321B">
        <w:rPr>
          <w:rFonts w:ascii="Aptos" w:hAnsi="Aptos" w:cs="Arial"/>
          <w:color w:val="000000" w:themeColor="text1"/>
        </w:rPr>
        <w:t>signed by Cllr Bucknall and Cllr Rauer</w:t>
      </w:r>
    </w:p>
    <w:p w14:paraId="60E2DB0F" w14:textId="1BB2E815" w:rsidR="00234BC8" w:rsidRPr="0071321B" w:rsidRDefault="00234BC8" w:rsidP="00234BC8">
      <w:pPr>
        <w:rPr>
          <w:rFonts w:ascii="Aptos" w:hAnsi="Aptos" w:cs="Arial"/>
          <w:color w:val="000000" w:themeColor="text1"/>
        </w:rPr>
      </w:pPr>
      <w:r w:rsidRPr="0071321B">
        <w:rPr>
          <w:rFonts w:ascii="Aptos" w:hAnsi="Aptos" w:cs="Arial"/>
          <w:color w:val="000000" w:themeColor="text1"/>
        </w:rPr>
        <w:t>16 Waste Bin at The Old Chapel</w:t>
      </w:r>
      <w:r w:rsidR="00104FC1" w:rsidRPr="0071321B">
        <w:rPr>
          <w:rFonts w:ascii="Aptos" w:hAnsi="Aptos" w:cs="Arial"/>
          <w:color w:val="000000" w:themeColor="text1"/>
        </w:rPr>
        <w:t xml:space="preserve"> </w:t>
      </w:r>
      <w:r w:rsidR="00FD754D" w:rsidRPr="0071321B">
        <w:rPr>
          <w:rFonts w:ascii="Aptos" w:hAnsi="Aptos" w:cs="Arial"/>
          <w:color w:val="000000" w:themeColor="text1"/>
        </w:rPr>
        <w:t>– Quote for bin at The Old Chapel has been received for £250 and installation £150, yearly maintenance is £1</w:t>
      </w:r>
      <w:r w:rsidR="0048384C" w:rsidRPr="0071321B">
        <w:rPr>
          <w:rFonts w:ascii="Aptos" w:hAnsi="Aptos" w:cs="Arial"/>
          <w:color w:val="000000" w:themeColor="text1"/>
        </w:rPr>
        <w:t>64.30</w:t>
      </w:r>
    </w:p>
    <w:p w14:paraId="79FAB0E7" w14:textId="3E71D46A" w:rsidR="00234BC8" w:rsidRPr="0071321B" w:rsidRDefault="00234BC8" w:rsidP="00234BC8">
      <w:pPr>
        <w:rPr>
          <w:rFonts w:ascii="Aptos" w:hAnsi="Aptos" w:cs="Arial"/>
          <w:color w:val="000000" w:themeColor="text1"/>
        </w:rPr>
      </w:pPr>
      <w:r w:rsidRPr="0071321B">
        <w:rPr>
          <w:rFonts w:ascii="Aptos" w:hAnsi="Aptos" w:cs="Arial"/>
          <w:color w:val="000000" w:themeColor="text1"/>
        </w:rPr>
        <w:t>17 Christmas Lights Switch On</w:t>
      </w:r>
      <w:r w:rsidR="008C6BDA" w:rsidRPr="0071321B">
        <w:rPr>
          <w:rFonts w:ascii="Aptos" w:hAnsi="Aptos" w:cs="Arial"/>
          <w:color w:val="000000" w:themeColor="text1"/>
        </w:rPr>
        <w:t xml:space="preserve"> is </w:t>
      </w:r>
      <w:r w:rsidR="00900D30" w:rsidRPr="0071321B">
        <w:rPr>
          <w:rFonts w:ascii="Aptos" w:hAnsi="Aptos" w:cs="Arial"/>
          <w:color w:val="000000" w:themeColor="text1"/>
        </w:rPr>
        <w:t>commencing</w:t>
      </w:r>
      <w:r w:rsidR="006B7830" w:rsidRPr="0071321B">
        <w:rPr>
          <w:rFonts w:ascii="Aptos" w:hAnsi="Aptos" w:cs="Arial"/>
          <w:color w:val="000000" w:themeColor="text1"/>
        </w:rPr>
        <w:t xml:space="preserve"> at 5.30pm.  </w:t>
      </w:r>
      <w:r w:rsidR="00C72BE1" w:rsidRPr="0071321B">
        <w:rPr>
          <w:rFonts w:ascii="Aptos" w:hAnsi="Aptos" w:cs="Arial"/>
          <w:color w:val="000000" w:themeColor="text1"/>
        </w:rPr>
        <w:t xml:space="preserve">Neighbourhood watch has offered to help run this.  Many thanks to them.  </w:t>
      </w:r>
    </w:p>
    <w:p w14:paraId="216181AF" w14:textId="79CCB1F1" w:rsidR="00234BC8" w:rsidRPr="0071321B" w:rsidRDefault="00234BC8" w:rsidP="00234BC8">
      <w:pPr>
        <w:rPr>
          <w:rFonts w:ascii="Aptos" w:hAnsi="Aptos" w:cs="Arial"/>
          <w:color w:val="000000" w:themeColor="text1"/>
        </w:rPr>
      </w:pPr>
      <w:r w:rsidRPr="0071321B">
        <w:rPr>
          <w:rFonts w:ascii="Aptos" w:hAnsi="Aptos" w:cs="Arial"/>
          <w:color w:val="000000" w:themeColor="text1"/>
        </w:rPr>
        <w:t>18. Defibrillator</w:t>
      </w:r>
      <w:r w:rsidR="007B0B56" w:rsidRPr="0071321B">
        <w:rPr>
          <w:rFonts w:ascii="Aptos" w:hAnsi="Aptos" w:cs="Arial"/>
          <w:color w:val="000000" w:themeColor="text1"/>
        </w:rPr>
        <w:t xml:space="preserve"> </w:t>
      </w:r>
      <w:r w:rsidR="004F0320" w:rsidRPr="0071321B">
        <w:rPr>
          <w:rFonts w:ascii="Aptos" w:hAnsi="Aptos" w:cs="Arial"/>
          <w:color w:val="000000" w:themeColor="text1"/>
        </w:rPr>
        <w:t>–</w:t>
      </w:r>
      <w:r w:rsidR="00045882" w:rsidRPr="0071321B">
        <w:rPr>
          <w:rFonts w:ascii="Aptos" w:hAnsi="Aptos" w:cs="Arial"/>
          <w:color w:val="000000" w:themeColor="text1"/>
        </w:rPr>
        <w:t xml:space="preserve"> </w:t>
      </w:r>
      <w:r w:rsidR="004F0320" w:rsidRPr="0071321B">
        <w:rPr>
          <w:rFonts w:ascii="Aptos" w:hAnsi="Aptos" w:cs="Arial"/>
          <w:color w:val="000000" w:themeColor="text1"/>
        </w:rPr>
        <w:t>Clerk to</w:t>
      </w:r>
      <w:r w:rsidR="00D17E13" w:rsidRPr="0071321B">
        <w:rPr>
          <w:rFonts w:ascii="Aptos" w:hAnsi="Aptos" w:cs="Arial"/>
          <w:color w:val="000000" w:themeColor="text1"/>
        </w:rPr>
        <w:t xml:space="preserve"> correspond with resident who was offered to supply one</w:t>
      </w:r>
    </w:p>
    <w:p w14:paraId="5837114A" w14:textId="77777777" w:rsidR="00234BC8" w:rsidRPr="0071321B" w:rsidRDefault="00234BC8" w:rsidP="00234BC8">
      <w:pPr>
        <w:rPr>
          <w:rFonts w:ascii="Aptos" w:hAnsi="Aptos" w:cs="Arial"/>
          <w:color w:val="000000" w:themeColor="text1"/>
        </w:rPr>
      </w:pPr>
    </w:p>
    <w:p w14:paraId="5A0C951F" w14:textId="77777777" w:rsidR="000B216E" w:rsidRPr="0071321B" w:rsidRDefault="000B216E" w:rsidP="000B216E">
      <w:pPr>
        <w:pStyle w:val="Heading2"/>
        <w:rPr>
          <w:rFonts w:ascii="Aptos" w:hAnsi="Aptos" w:cs="Arial"/>
          <w:color w:val="000000" w:themeColor="text1"/>
        </w:rPr>
      </w:pPr>
      <w:r w:rsidRPr="0071321B">
        <w:rPr>
          <w:rFonts w:ascii="Aptos" w:hAnsi="Aptos" w:cs="Arial"/>
          <w:color w:val="000000" w:themeColor="text1"/>
        </w:rPr>
        <w:t>9. Correspondence and Other Matters</w:t>
      </w:r>
    </w:p>
    <w:p w14:paraId="2FC1BF6C" w14:textId="5307EF2A" w:rsidR="000B216E" w:rsidRPr="0071321B" w:rsidRDefault="000B216E" w:rsidP="000B216E">
      <w:pPr>
        <w:rPr>
          <w:rFonts w:ascii="Aptos" w:hAnsi="Aptos" w:cs="Arial"/>
          <w:color w:val="000000" w:themeColor="text1"/>
        </w:rPr>
      </w:pPr>
      <w:r w:rsidRPr="0071321B">
        <w:rPr>
          <w:rFonts w:ascii="Aptos" w:hAnsi="Aptos" w:cs="Arial"/>
          <w:color w:val="000000" w:themeColor="text1"/>
        </w:rPr>
        <w:t>1.Broken drain outside High Quest</w:t>
      </w:r>
      <w:r w:rsidR="00310F24" w:rsidRPr="0071321B">
        <w:rPr>
          <w:rFonts w:ascii="Aptos" w:hAnsi="Aptos" w:cs="Arial"/>
          <w:color w:val="000000" w:themeColor="text1"/>
        </w:rPr>
        <w:t xml:space="preserve"> </w:t>
      </w:r>
      <w:proofErr w:type="gramStart"/>
      <w:r w:rsidR="00310F24" w:rsidRPr="0071321B">
        <w:rPr>
          <w:rFonts w:ascii="Aptos" w:hAnsi="Aptos" w:cs="Arial"/>
          <w:color w:val="000000" w:themeColor="text1"/>
        </w:rPr>
        <w:t xml:space="preserve">- </w:t>
      </w:r>
      <w:r w:rsidR="00B92499" w:rsidRPr="0071321B">
        <w:rPr>
          <w:rFonts w:ascii="Aptos" w:hAnsi="Aptos" w:cs="Arial"/>
          <w:color w:val="000000" w:themeColor="text1"/>
        </w:rPr>
        <w:t xml:space="preserve"> this</w:t>
      </w:r>
      <w:proofErr w:type="gramEnd"/>
      <w:r w:rsidR="00B92499" w:rsidRPr="0071321B">
        <w:rPr>
          <w:rFonts w:ascii="Aptos" w:hAnsi="Aptos" w:cs="Arial"/>
          <w:color w:val="000000" w:themeColor="text1"/>
        </w:rPr>
        <w:t xml:space="preserve"> has been noted and a job raised to be repaired by highways. </w:t>
      </w:r>
    </w:p>
    <w:p w14:paraId="36D9610F" w14:textId="6191324E" w:rsidR="000B216E" w:rsidRPr="0071321B" w:rsidRDefault="000B216E" w:rsidP="000B216E">
      <w:pPr>
        <w:rPr>
          <w:rFonts w:ascii="Aptos" w:hAnsi="Aptos" w:cs="Arial"/>
          <w:color w:val="000000" w:themeColor="text1"/>
        </w:rPr>
      </w:pPr>
      <w:r w:rsidRPr="0071321B">
        <w:rPr>
          <w:rFonts w:ascii="Aptos" w:hAnsi="Aptos" w:cs="Arial"/>
          <w:color w:val="000000" w:themeColor="text1"/>
        </w:rPr>
        <w:t xml:space="preserve">2. Microsoft charge increase </w:t>
      </w:r>
      <w:r w:rsidR="00310F24" w:rsidRPr="0071321B">
        <w:rPr>
          <w:rFonts w:ascii="Aptos" w:hAnsi="Aptos" w:cs="Arial"/>
          <w:color w:val="000000" w:themeColor="text1"/>
        </w:rPr>
        <w:t xml:space="preserve">– noted – to take off the agenda.  </w:t>
      </w:r>
    </w:p>
    <w:p w14:paraId="5A64B3DC" w14:textId="77777777" w:rsidR="00FA24E2" w:rsidRDefault="000B216E" w:rsidP="000B216E">
      <w:pPr>
        <w:rPr>
          <w:rFonts w:ascii="Aptos" w:hAnsi="Aptos" w:cs="Arial"/>
          <w:color w:val="000000" w:themeColor="text1"/>
        </w:rPr>
      </w:pPr>
      <w:r w:rsidRPr="0071321B">
        <w:rPr>
          <w:rFonts w:ascii="Aptos" w:hAnsi="Aptos" w:cs="Arial"/>
          <w:color w:val="000000" w:themeColor="text1"/>
        </w:rPr>
        <w:t>3. Email regarding ongoing hedge and tree maintenance (recent works done by Hughes)</w:t>
      </w:r>
      <w:r w:rsidR="00341601" w:rsidRPr="0071321B">
        <w:rPr>
          <w:rFonts w:ascii="Aptos" w:hAnsi="Aptos" w:cs="Arial"/>
          <w:color w:val="000000" w:themeColor="text1"/>
        </w:rPr>
        <w:t xml:space="preserve"> – The council are moving forward </w:t>
      </w:r>
      <w:r w:rsidR="00D23B8E" w:rsidRPr="0071321B">
        <w:rPr>
          <w:rFonts w:ascii="Aptos" w:hAnsi="Aptos" w:cs="Arial"/>
          <w:color w:val="000000" w:themeColor="text1"/>
        </w:rPr>
        <w:t xml:space="preserve">happy to take responsibility for both the hedge and the tree </w:t>
      </w:r>
      <w:r w:rsidR="00AE6262" w:rsidRPr="0071321B">
        <w:rPr>
          <w:rFonts w:ascii="Aptos" w:hAnsi="Aptos" w:cs="Arial"/>
          <w:color w:val="000000" w:themeColor="text1"/>
        </w:rPr>
        <w:t>maintenance when deemed necessary.</w:t>
      </w:r>
    </w:p>
    <w:p w14:paraId="4C6D5996" w14:textId="152F2ACC" w:rsidR="000B216E" w:rsidRPr="0071321B" w:rsidRDefault="00FA24E2" w:rsidP="000B216E">
      <w:pPr>
        <w:rPr>
          <w:rFonts w:ascii="Aptos" w:hAnsi="Aptos" w:cs="Arial"/>
          <w:color w:val="000000" w:themeColor="text1"/>
        </w:rPr>
      </w:pPr>
      <w:r>
        <w:rPr>
          <w:rFonts w:ascii="Aptos" w:hAnsi="Aptos" w:cs="Arial"/>
          <w:color w:val="000000" w:themeColor="text1"/>
        </w:rPr>
        <w:t xml:space="preserve">4. </w:t>
      </w:r>
      <w:r w:rsidRPr="00FA24E2">
        <w:rPr>
          <w:rFonts w:ascii="Aptos" w:hAnsi="Aptos" w:cs="Arial"/>
          <w:color w:val="000000" w:themeColor="text1"/>
        </w:rPr>
        <w:t xml:space="preserve">Possible plans for development on Henley Golf Course. It has been noted that </w:t>
      </w:r>
      <w:proofErr w:type="gramStart"/>
      <w:r w:rsidRPr="00FA24E2">
        <w:rPr>
          <w:rFonts w:ascii="Aptos" w:hAnsi="Aptos" w:cs="Arial"/>
          <w:color w:val="000000" w:themeColor="text1"/>
        </w:rPr>
        <w:t>an</w:t>
      </w:r>
      <w:proofErr w:type="gramEnd"/>
      <w:r w:rsidRPr="00FA24E2">
        <w:rPr>
          <w:rFonts w:ascii="Aptos" w:hAnsi="Aptos" w:cs="Arial"/>
          <w:color w:val="000000" w:themeColor="text1"/>
        </w:rPr>
        <w:t xml:space="preserve"> access road for this development, if it was agreed. Could possibly be accessed from Henley Rd nr Fosters Farm. Resulting in a large volume of traffic. </w:t>
      </w:r>
      <w:r w:rsidR="00AE6262" w:rsidRPr="0071321B">
        <w:rPr>
          <w:rFonts w:ascii="Aptos" w:hAnsi="Aptos" w:cs="Arial"/>
          <w:color w:val="000000" w:themeColor="text1"/>
        </w:rPr>
        <w:t xml:space="preserve"> </w:t>
      </w:r>
    </w:p>
    <w:p w14:paraId="1A12A0DE" w14:textId="77777777" w:rsidR="000B216E" w:rsidRPr="0071321B" w:rsidRDefault="000B216E" w:rsidP="000B216E">
      <w:pPr>
        <w:rPr>
          <w:rFonts w:ascii="Aptos" w:hAnsi="Aptos" w:cs="Arial"/>
          <w:color w:val="000000" w:themeColor="text1"/>
        </w:rPr>
      </w:pPr>
    </w:p>
    <w:p w14:paraId="57B2222A" w14:textId="77777777" w:rsidR="000B216E" w:rsidRPr="0071321B" w:rsidRDefault="000B216E" w:rsidP="000B216E">
      <w:pPr>
        <w:pStyle w:val="Heading2"/>
        <w:rPr>
          <w:rFonts w:ascii="Aptos" w:hAnsi="Aptos" w:cs="Arial"/>
          <w:color w:val="000000" w:themeColor="text1"/>
        </w:rPr>
      </w:pPr>
      <w:r w:rsidRPr="0071321B">
        <w:rPr>
          <w:rFonts w:ascii="Aptos" w:hAnsi="Aptos" w:cs="Arial"/>
          <w:color w:val="000000" w:themeColor="text1"/>
        </w:rPr>
        <w:t xml:space="preserve">10. </w:t>
      </w:r>
      <w:proofErr w:type="spellStart"/>
      <w:r w:rsidRPr="0071321B">
        <w:rPr>
          <w:rFonts w:ascii="Aptos" w:hAnsi="Aptos" w:cs="Arial"/>
          <w:color w:val="000000" w:themeColor="text1"/>
        </w:rPr>
        <w:t>Councillors’</w:t>
      </w:r>
      <w:proofErr w:type="spellEnd"/>
      <w:r w:rsidRPr="0071321B">
        <w:rPr>
          <w:rFonts w:ascii="Aptos" w:hAnsi="Aptos" w:cs="Arial"/>
          <w:color w:val="000000" w:themeColor="text1"/>
        </w:rPr>
        <w:t xml:space="preserve"> Comments</w:t>
      </w:r>
    </w:p>
    <w:p w14:paraId="67D583F7" w14:textId="06CB505E" w:rsidR="000B216E" w:rsidRPr="0071321B" w:rsidRDefault="00301C05" w:rsidP="000B216E">
      <w:pPr>
        <w:rPr>
          <w:rFonts w:ascii="Aptos" w:hAnsi="Aptos" w:cs="Arial"/>
        </w:rPr>
      </w:pPr>
      <w:r w:rsidRPr="0071321B">
        <w:rPr>
          <w:rFonts w:ascii="Aptos" w:hAnsi="Aptos" w:cs="Arial"/>
        </w:rPr>
        <w:t xml:space="preserve">1. Possible plans for development on Henley Golf Course, it has been noted that an access road for this </w:t>
      </w:r>
      <w:proofErr w:type="gramStart"/>
      <w:r w:rsidRPr="0071321B">
        <w:rPr>
          <w:rFonts w:ascii="Aptos" w:hAnsi="Aptos" w:cs="Arial"/>
        </w:rPr>
        <w:t>development</w:t>
      </w:r>
      <w:proofErr w:type="gramEnd"/>
      <w:r w:rsidRPr="0071321B">
        <w:rPr>
          <w:rFonts w:ascii="Aptos" w:hAnsi="Aptos" w:cs="Arial"/>
        </w:rPr>
        <w:t xml:space="preserve"> if it were to be </w:t>
      </w:r>
      <w:proofErr w:type="gramStart"/>
      <w:r w:rsidRPr="0071321B">
        <w:rPr>
          <w:rFonts w:ascii="Aptos" w:hAnsi="Aptos" w:cs="Arial"/>
        </w:rPr>
        <w:t>agreed</w:t>
      </w:r>
      <w:proofErr w:type="gramEnd"/>
      <w:r w:rsidRPr="0071321B">
        <w:rPr>
          <w:rFonts w:ascii="Aptos" w:hAnsi="Aptos" w:cs="Arial"/>
        </w:rPr>
        <w:t xml:space="preserve"> would be coming out onto </w:t>
      </w:r>
      <w:proofErr w:type="gramStart"/>
      <w:r w:rsidRPr="0071321B">
        <w:rPr>
          <w:rFonts w:ascii="Aptos" w:hAnsi="Aptos" w:cs="Arial"/>
        </w:rPr>
        <w:t>the Henley</w:t>
      </w:r>
      <w:proofErr w:type="gramEnd"/>
      <w:r w:rsidRPr="0071321B">
        <w:rPr>
          <w:rFonts w:ascii="Aptos" w:hAnsi="Aptos" w:cs="Arial"/>
        </w:rPr>
        <w:t xml:space="preserve"> Road (</w:t>
      </w:r>
      <w:r w:rsidR="00F87D53" w:rsidRPr="0071321B">
        <w:rPr>
          <w:rFonts w:ascii="Aptos" w:hAnsi="Aptos" w:cs="Arial"/>
        </w:rPr>
        <w:t xml:space="preserve">coming out at Fosters </w:t>
      </w:r>
      <w:proofErr w:type="gramStart"/>
      <w:r w:rsidR="00F87D53" w:rsidRPr="0071321B">
        <w:rPr>
          <w:rFonts w:ascii="Aptos" w:hAnsi="Aptos" w:cs="Arial"/>
        </w:rPr>
        <w:t xml:space="preserve">Farm)  </w:t>
      </w:r>
      <w:r w:rsidR="007F3286" w:rsidRPr="0071321B">
        <w:rPr>
          <w:rFonts w:ascii="Aptos" w:hAnsi="Aptos" w:cs="Arial"/>
        </w:rPr>
        <w:t>Nothing</w:t>
      </w:r>
      <w:proofErr w:type="gramEnd"/>
      <w:r w:rsidR="007F3286" w:rsidRPr="0071321B">
        <w:rPr>
          <w:rFonts w:ascii="Aptos" w:hAnsi="Aptos" w:cs="Arial"/>
        </w:rPr>
        <w:t xml:space="preserve"> </w:t>
      </w:r>
      <w:r w:rsidR="00142D3B" w:rsidRPr="0071321B">
        <w:rPr>
          <w:rFonts w:ascii="Aptos" w:hAnsi="Aptos" w:cs="Arial"/>
        </w:rPr>
        <w:t xml:space="preserve">can be done regarding this </w:t>
      </w:r>
      <w:proofErr w:type="gramStart"/>
      <w:r w:rsidR="00142D3B" w:rsidRPr="0071321B">
        <w:rPr>
          <w:rFonts w:ascii="Aptos" w:hAnsi="Aptos" w:cs="Arial"/>
        </w:rPr>
        <w:t>at the moment</w:t>
      </w:r>
      <w:proofErr w:type="gramEnd"/>
      <w:r w:rsidR="00142D3B" w:rsidRPr="0071321B">
        <w:rPr>
          <w:rFonts w:ascii="Aptos" w:hAnsi="Aptos" w:cs="Arial"/>
        </w:rPr>
        <w:t xml:space="preserve">.  </w:t>
      </w:r>
    </w:p>
    <w:p w14:paraId="1A56272E" w14:textId="0B15FC61" w:rsidR="0052097C" w:rsidRPr="0071321B" w:rsidRDefault="0052097C" w:rsidP="000B216E">
      <w:pPr>
        <w:rPr>
          <w:rFonts w:ascii="Aptos" w:hAnsi="Aptos" w:cs="Arial"/>
        </w:rPr>
      </w:pPr>
      <w:r w:rsidRPr="0071321B">
        <w:rPr>
          <w:rFonts w:ascii="Aptos" w:hAnsi="Aptos" w:cs="Arial"/>
        </w:rPr>
        <w:t xml:space="preserve">Clerk to ask for Cllr Shenton’s report regarding this to be added to Ullenhall Update for residents to read.  </w:t>
      </w:r>
    </w:p>
    <w:p w14:paraId="05348B5A" w14:textId="77777777" w:rsidR="000B216E" w:rsidRPr="0071321B" w:rsidRDefault="000B216E" w:rsidP="000B216E">
      <w:pPr>
        <w:pStyle w:val="Heading2"/>
        <w:rPr>
          <w:rFonts w:ascii="Aptos" w:hAnsi="Aptos" w:cs="Arial"/>
          <w:color w:val="000000" w:themeColor="text1"/>
        </w:rPr>
      </w:pPr>
      <w:r w:rsidRPr="0071321B">
        <w:rPr>
          <w:rFonts w:ascii="Aptos" w:hAnsi="Aptos" w:cs="Arial"/>
          <w:color w:val="000000" w:themeColor="text1"/>
        </w:rPr>
        <w:t>11. Date of Next Meeting</w:t>
      </w:r>
    </w:p>
    <w:p w14:paraId="141F38A8" w14:textId="3F8315E2" w:rsidR="0085503E" w:rsidRPr="0071321B" w:rsidRDefault="0085503E" w:rsidP="0085503E">
      <w:pPr>
        <w:rPr>
          <w:rFonts w:ascii="Aptos" w:hAnsi="Aptos"/>
        </w:rPr>
      </w:pPr>
      <w:r w:rsidRPr="0071321B">
        <w:rPr>
          <w:rFonts w:ascii="Aptos" w:hAnsi="Aptos"/>
        </w:rPr>
        <w:t xml:space="preserve">Meeting </w:t>
      </w:r>
      <w:proofErr w:type="gramStart"/>
      <w:r w:rsidRPr="0071321B">
        <w:rPr>
          <w:rFonts w:ascii="Aptos" w:hAnsi="Aptos"/>
        </w:rPr>
        <w:t>closed</w:t>
      </w:r>
      <w:proofErr w:type="gramEnd"/>
      <w:r w:rsidRPr="0071321B">
        <w:rPr>
          <w:rFonts w:ascii="Aptos" w:hAnsi="Aptos"/>
        </w:rPr>
        <w:t xml:space="preserve"> at 20.30 </w:t>
      </w:r>
    </w:p>
    <w:p w14:paraId="3F35769D" w14:textId="13F57E32" w:rsidR="00D504D0" w:rsidRPr="0071321B" w:rsidRDefault="00D504D0" w:rsidP="00D504D0">
      <w:pPr>
        <w:rPr>
          <w:rFonts w:ascii="Aptos" w:hAnsi="Aptos"/>
        </w:rPr>
      </w:pPr>
      <w:r w:rsidRPr="0071321B">
        <w:rPr>
          <w:rFonts w:ascii="Aptos" w:hAnsi="Aptos"/>
        </w:rPr>
        <w:t>Planning Meeting 18</w:t>
      </w:r>
      <w:r w:rsidRPr="0071321B">
        <w:rPr>
          <w:rFonts w:ascii="Aptos" w:hAnsi="Aptos"/>
          <w:vertAlign w:val="superscript"/>
        </w:rPr>
        <w:t>th</w:t>
      </w:r>
      <w:r w:rsidRPr="0071321B">
        <w:rPr>
          <w:rFonts w:ascii="Aptos" w:hAnsi="Aptos"/>
        </w:rPr>
        <w:t xml:space="preserve"> November 4</w:t>
      </w:r>
    </w:p>
    <w:p w14:paraId="4BD2AF65" w14:textId="380E26B9" w:rsidR="000B216E" w:rsidRPr="0071321B" w:rsidRDefault="00003A42" w:rsidP="000B216E">
      <w:pPr>
        <w:rPr>
          <w:rFonts w:ascii="Aptos" w:hAnsi="Aptos" w:cs="Arial"/>
          <w:color w:val="000000" w:themeColor="text1"/>
        </w:rPr>
      </w:pPr>
      <w:r w:rsidRPr="0071321B">
        <w:rPr>
          <w:rFonts w:ascii="Aptos" w:hAnsi="Aptos" w:cs="Arial"/>
          <w:color w:val="000000" w:themeColor="text1"/>
        </w:rPr>
        <w:t xml:space="preserve">Next Parish Council Meeting - </w:t>
      </w:r>
      <w:r w:rsidR="000B216E" w:rsidRPr="0071321B">
        <w:rPr>
          <w:rFonts w:ascii="Aptos" w:hAnsi="Aptos" w:cs="Arial"/>
          <w:color w:val="000000" w:themeColor="text1"/>
        </w:rPr>
        <w:t>Tuesday 2</w:t>
      </w:r>
      <w:r w:rsidR="000B216E" w:rsidRPr="0071321B">
        <w:rPr>
          <w:rFonts w:ascii="Aptos" w:hAnsi="Aptos" w:cs="Arial"/>
          <w:color w:val="000000" w:themeColor="text1"/>
          <w:vertAlign w:val="superscript"/>
        </w:rPr>
        <w:t>nd</w:t>
      </w:r>
      <w:r w:rsidR="000B216E" w:rsidRPr="0071321B">
        <w:rPr>
          <w:rFonts w:ascii="Aptos" w:hAnsi="Aptos" w:cs="Arial"/>
          <w:color w:val="000000" w:themeColor="text1"/>
        </w:rPr>
        <w:t xml:space="preserve"> December 2025</w:t>
      </w:r>
    </w:p>
    <w:p w14:paraId="672CB216" w14:textId="79C11C05" w:rsidR="00B579A0" w:rsidRPr="0071321B" w:rsidRDefault="00B579A0">
      <w:pPr>
        <w:rPr>
          <w:rFonts w:ascii="Aptos" w:hAnsi="Aptos" w:cs="Arial"/>
        </w:rPr>
      </w:pPr>
    </w:p>
    <w:sectPr w:rsidR="00B579A0" w:rsidRPr="0071321B" w:rsidSect="007F72C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800" w:bottom="1440" w:left="180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6844F9" w14:textId="77777777" w:rsidR="00741C7D" w:rsidRDefault="00741C7D" w:rsidP="002E3A28">
      <w:pPr>
        <w:spacing w:after="0" w:line="240" w:lineRule="auto"/>
      </w:pPr>
      <w:r>
        <w:separator/>
      </w:r>
    </w:p>
  </w:endnote>
  <w:endnote w:type="continuationSeparator" w:id="0">
    <w:p w14:paraId="488D1987" w14:textId="77777777" w:rsidR="00741C7D" w:rsidRDefault="00741C7D" w:rsidP="002E3A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4435F" w14:textId="77777777" w:rsidR="002E3A28" w:rsidRDefault="002E3A2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7330283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AB0E01" w14:textId="42B7D256" w:rsidR="007F72C1" w:rsidRDefault="007F72C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B00012D" w14:textId="77777777" w:rsidR="002E3A28" w:rsidRDefault="002E3A2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17626" w14:textId="77777777" w:rsidR="002E3A28" w:rsidRDefault="002E3A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722D20" w14:textId="77777777" w:rsidR="00741C7D" w:rsidRDefault="00741C7D" w:rsidP="002E3A28">
      <w:pPr>
        <w:spacing w:after="0" w:line="240" w:lineRule="auto"/>
      </w:pPr>
      <w:r>
        <w:separator/>
      </w:r>
    </w:p>
  </w:footnote>
  <w:footnote w:type="continuationSeparator" w:id="0">
    <w:p w14:paraId="2FD8EFF3" w14:textId="77777777" w:rsidR="00741C7D" w:rsidRDefault="00741C7D" w:rsidP="002E3A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96D7E" w14:textId="70B1FD4D" w:rsidR="002E3A28" w:rsidRDefault="002E3A2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32308362"/>
      <w:docPartObj>
        <w:docPartGallery w:val="Watermarks"/>
        <w:docPartUnique/>
      </w:docPartObj>
    </w:sdtPr>
    <w:sdtContent>
      <w:p w14:paraId="7AF90A3A" w14:textId="2A2DC975" w:rsidR="002E3A28" w:rsidRDefault="00000000">
        <w:pPr>
          <w:pStyle w:val="Header"/>
        </w:pPr>
        <w:r>
          <w:rPr>
            <w:noProof/>
          </w:rPr>
          <w:pict w14:anchorId="049098E1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8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8A3B8" w14:textId="0D938DC2" w:rsidR="002E3A28" w:rsidRDefault="002E3A2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5630DAE"/>
    <w:multiLevelType w:val="multilevel"/>
    <w:tmpl w:val="EF24E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7364DF"/>
    <w:multiLevelType w:val="multilevel"/>
    <w:tmpl w:val="10B2D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4B80DF6"/>
    <w:multiLevelType w:val="multilevel"/>
    <w:tmpl w:val="A4B8B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6EC5256"/>
    <w:multiLevelType w:val="multilevel"/>
    <w:tmpl w:val="CFF69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BF1E5A"/>
    <w:multiLevelType w:val="multilevel"/>
    <w:tmpl w:val="48AEA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9976845">
    <w:abstractNumId w:val="8"/>
  </w:num>
  <w:num w:numId="2" w16cid:durableId="536284562">
    <w:abstractNumId w:val="6"/>
  </w:num>
  <w:num w:numId="3" w16cid:durableId="519855977">
    <w:abstractNumId w:val="5"/>
  </w:num>
  <w:num w:numId="4" w16cid:durableId="105857807">
    <w:abstractNumId w:val="4"/>
  </w:num>
  <w:num w:numId="5" w16cid:durableId="1575966553">
    <w:abstractNumId w:val="7"/>
  </w:num>
  <w:num w:numId="6" w16cid:durableId="963385320">
    <w:abstractNumId w:val="3"/>
  </w:num>
  <w:num w:numId="7" w16cid:durableId="664982">
    <w:abstractNumId w:val="2"/>
  </w:num>
  <w:num w:numId="8" w16cid:durableId="1551840842">
    <w:abstractNumId w:val="1"/>
  </w:num>
  <w:num w:numId="9" w16cid:durableId="390077123">
    <w:abstractNumId w:val="0"/>
  </w:num>
  <w:num w:numId="10" w16cid:durableId="1614246233">
    <w:abstractNumId w:val="13"/>
  </w:num>
  <w:num w:numId="11" w16cid:durableId="1604876061">
    <w:abstractNumId w:val="11"/>
  </w:num>
  <w:num w:numId="12" w16cid:durableId="488522428">
    <w:abstractNumId w:val="10"/>
  </w:num>
  <w:num w:numId="13" w16cid:durableId="1887985971">
    <w:abstractNumId w:val="12"/>
  </w:num>
  <w:num w:numId="14" w16cid:durableId="123863878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3A42"/>
    <w:rsid w:val="00034616"/>
    <w:rsid w:val="00045882"/>
    <w:rsid w:val="00047F16"/>
    <w:rsid w:val="00052B10"/>
    <w:rsid w:val="0006063C"/>
    <w:rsid w:val="000670BE"/>
    <w:rsid w:val="00083660"/>
    <w:rsid w:val="00094F70"/>
    <w:rsid w:val="000A2932"/>
    <w:rsid w:val="000B216E"/>
    <w:rsid w:val="000B426A"/>
    <w:rsid w:val="000D1660"/>
    <w:rsid w:val="000D61A4"/>
    <w:rsid w:val="00104FC1"/>
    <w:rsid w:val="00106449"/>
    <w:rsid w:val="00113D1E"/>
    <w:rsid w:val="00130969"/>
    <w:rsid w:val="001316D5"/>
    <w:rsid w:val="00142D3B"/>
    <w:rsid w:val="00146EE9"/>
    <w:rsid w:val="0015074B"/>
    <w:rsid w:val="00171422"/>
    <w:rsid w:val="00186166"/>
    <w:rsid w:val="001925DF"/>
    <w:rsid w:val="001A13C1"/>
    <w:rsid w:val="001A30A7"/>
    <w:rsid w:val="001F5371"/>
    <w:rsid w:val="00233377"/>
    <w:rsid w:val="00234BC8"/>
    <w:rsid w:val="00251250"/>
    <w:rsid w:val="00260635"/>
    <w:rsid w:val="00271547"/>
    <w:rsid w:val="00276306"/>
    <w:rsid w:val="00281495"/>
    <w:rsid w:val="00283637"/>
    <w:rsid w:val="00294BEF"/>
    <w:rsid w:val="0029639D"/>
    <w:rsid w:val="002A6519"/>
    <w:rsid w:val="002C49A9"/>
    <w:rsid w:val="002D2E8F"/>
    <w:rsid w:val="002E3A28"/>
    <w:rsid w:val="002E3E44"/>
    <w:rsid w:val="002E6F36"/>
    <w:rsid w:val="002F6193"/>
    <w:rsid w:val="00301C05"/>
    <w:rsid w:val="00310F24"/>
    <w:rsid w:val="00312C2F"/>
    <w:rsid w:val="00326F90"/>
    <w:rsid w:val="00337DEB"/>
    <w:rsid w:val="00341601"/>
    <w:rsid w:val="00362202"/>
    <w:rsid w:val="003A0F3D"/>
    <w:rsid w:val="003A7479"/>
    <w:rsid w:val="003C067F"/>
    <w:rsid w:val="003C0F70"/>
    <w:rsid w:val="003C7815"/>
    <w:rsid w:val="003D1E44"/>
    <w:rsid w:val="003F6819"/>
    <w:rsid w:val="003F6DD1"/>
    <w:rsid w:val="003F7725"/>
    <w:rsid w:val="00400A32"/>
    <w:rsid w:val="0043720A"/>
    <w:rsid w:val="004529F1"/>
    <w:rsid w:val="0048384C"/>
    <w:rsid w:val="0049276D"/>
    <w:rsid w:val="004C1421"/>
    <w:rsid w:val="004E60DF"/>
    <w:rsid w:val="004F0320"/>
    <w:rsid w:val="00520441"/>
    <w:rsid w:val="0052097C"/>
    <w:rsid w:val="0052589F"/>
    <w:rsid w:val="00572355"/>
    <w:rsid w:val="00585546"/>
    <w:rsid w:val="00586298"/>
    <w:rsid w:val="005949B4"/>
    <w:rsid w:val="005A2CAA"/>
    <w:rsid w:val="005A38EE"/>
    <w:rsid w:val="005D1BB4"/>
    <w:rsid w:val="005D4C6D"/>
    <w:rsid w:val="005D7923"/>
    <w:rsid w:val="005F2286"/>
    <w:rsid w:val="00650F9A"/>
    <w:rsid w:val="00671741"/>
    <w:rsid w:val="00674C01"/>
    <w:rsid w:val="00677CA3"/>
    <w:rsid w:val="00677CFC"/>
    <w:rsid w:val="0068728E"/>
    <w:rsid w:val="00687A08"/>
    <w:rsid w:val="006A49D2"/>
    <w:rsid w:val="006B46A3"/>
    <w:rsid w:val="006B7830"/>
    <w:rsid w:val="006E326E"/>
    <w:rsid w:val="006E40D2"/>
    <w:rsid w:val="006F29BA"/>
    <w:rsid w:val="00704320"/>
    <w:rsid w:val="00711192"/>
    <w:rsid w:val="007112D6"/>
    <w:rsid w:val="0071321B"/>
    <w:rsid w:val="007264ED"/>
    <w:rsid w:val="00741C7D"/>
    <w:rsid w:val="007612E1"/>
    <w:rsid w:val="007B0B56"/>
    <w:rsid w:val="007D4DD3"/>
    <w:rsid w:val="007E2F4A"/>
    <w:rsid w:val="007F3286"/>
    <w:rsid w:val="007F72C1"/>
    <w:rsid w:val="008127EC"/>
    <w:rsid w:val="0083375E"/>
    <w:rsid w:val="00852F2C"/>
    <w:rsid w:val="0085503E"/>
    <w:rsid w:val="00873504"/>
    <w:rsid w:val="008750BB"/>
    <w:rsid w:val="0089558E"/>
    <w:rsid w:val="00896A25"/>
    <w:rsid w:val="008B2030"/>
    <w:rsid w:val="008C3528"/>
    <w:rsid w:val="008C6BDA"/>
    <w:rsid w:val="008E1229"/>
    <w:rsid w:val="008E1429"/>
    <w:rsid w:val="008E16DC"/>
    <w:rsid w:val="008F234D"/>
    <w:rsid w:val="00900D30"/>
    <w:rsid w:val="00984831"/>
    <w:rsid w:val="009A1F73"/>
    <w:rsid w:val="009B5C28"/>
    <w:rsid w:val="00A062A3"/>
    <w:rsid w:val="00A31438"/>
    <w:rsid w:val="00A3305E"/>
    <w:rsid w:val="00A50EDF"/>
    <w:rsid w:val="00A5571C"/>
    <w:rsid w:val="00A625E9"/>
    <w:rsid w:val="00AA1D8D"/>
    <w:rsid w:val="00AE6262"/>
    <w:rsid w:val="00AF104A"/>
    <w:rsid w:val="00AF2D4D"/>
    <w:rsid w:val="00B01C9D"/>
    <w:rsid w:val="00B205E6"/>
    <w:rsid w:val="00B27DD1"/>
    <w:rsid w:val="00B432BF"/>
    <w:rsid w:val="00B47730"/>
    <w:rsid w:val="00B579A0"/>
    <w:rsid w:val="00B63332"/>
    <w:rsid w:val="00B67A4B"/>
    <w:rsid w:val="00B715A0"/>
    <w:rsid w:val="00B739E4"/>
    <w:rsid w:val="00B92499"/>
    <w:rsid w:val="00BE33C8"/>
    <w:rsid w:val="00BE6541"/>
    <w:rsid w:val="00C03EEF"/>
    <w:rsid w:val="00C31F71"/>
    <w:rsid w:val="00C70244"/>
    <w:rsid w:val="00C72BE1"/>
    <w:rsid w:val="00C965F6"/>
    <w:rsid w:val="00C9725B"/>
    <w:rsid w:val="00CB0664"/>
    <w:rsid w:val="00CC434E"/>
    <w:rsid w:val="00CD690B"/>
    <w:rsid w:val="00CE19D3"/>
    <w:rsid w:val="00CE32F4"/>
    <w:rsid w:val="00CE40D7"/>
    <w:rsid w:val="00CF045D"/>
    <w:rsid w:val="00CF0BAD"/>
    <w:rsid w:val="00CF3C8C"/>
    <w:rsid w:val="00CF3F06"/>
    <w:rsid w:val="00CF6295"/>
    <w:rsid w:val="00CF7DBF"/>
    <w:rsid w:val="00D17E13"/>
    <w:rsid w:val="00D23B8E"/>
    <w:rsid w:val="00D30243"/>
    <w:rsid w:val="00D504D0"/>
    <w:rsid w:val="00D75550"/>
    <w:rsid w:val="00DC2158"/>
    <w:rsid w:val="00DE7A2F"/>
    <w:rsid w:val="00E13104"/>
    <w:rsid w:val="00E25DAC"/>
    <w:rsid w:val="00E31226"/>
    <w:rsid w:val="00E44157"/>
    <w:rsid w:val="00E90960"/>
    <w:rsid w:val="00EB1828"/>
    <w:rsid w:val="00EC0298"/>
    <w:rsid w:val="00EC737F"/>
    <w:rsid w:val="00ED1998"/>
    <w:rsid w:val="00ED587D"/>
    <w:rsid w:val="00ED6C3F"/>
    <w:rsid w:val="00F05A4F"/>
    <w:rsid w:val="00F13FD8"/>
    <w:rsid w:val="00F36E19"/>
    <w:rsid w:val="00F46AFC"/>
    <w:rsid w:val="00F501E8"/>
    <w:rsid w:val="00F52294"/>
    <w:rsid w:val="00F82919"/>
    <w:rsid w:val="00F84B8C"/>
    <w:rsid w:val="00F87D53"/>
    <w:rsid w:val="00F97024"/>
    <w:rsid w:val="00FA24E2"/>
    <w:rsid w:val="00FA5574"/>
    <w:rsid w:val="00FA79DC"/>
    <w:rsid w:val="00FB43C7"/>
    <w:rsid w:val="00FC09CB"/>
    <w:rsid w:val="00FC693F"/>
    <w:rsid w:val="00FC6FB4"/>
    <w:rsid w:val="00FD754D"/>
    <w:rsid w:val="00FE5CB0"/>
    <w:rsid w:val="00FE60F3"/>
    <w:rsid w:val="00FE7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F5A394A"/>
  <w14:defaultImageDpi w14:val="300"/>
  <w15:docId w15:val="{40220B9C-25D5-400A-B833-E7ED8A65F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3377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312C2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2C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llenhallpc.org.uk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ullenhallpc.org.uk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4</Pages>
  <Words>681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4557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Rebecca Burman</cp:lastModifiedBy>
  <cp:revision>65</cp:revision>
  <dcterms:created xsi:type="dcterms:W3CDTF">2025-11-04T11:05:00Z</dcterms:created>
  <dcterms:modified xsi:type="dcterms:W3CDTF">2025-12-02T17:01:00Z</dcterms:modified>
  <cp:category/>
</cp:coreProperties>
</file>