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4034F" w14:textId="77777777" w:rsidR="00376FC3" w:rsidRPr="00DC75F9" w:rsidRDefault="00577420">
      <w:pPr>
        <w:pStyle w:val="Heading1"/>
        <w:rPr>
          <w:rFonts w:ascii="Arial" w:hAnsi="Arial" w:cs="Arial"/>
          <w:color w:val="auto"/>
          <w:sz w:val="52"/>
          <w:szCs w:val="52"/>
          <w:u w:val="single"/>
        </w:rPr>
      </w:pPr>
      <w:r w:rsidRPr="00DC75F9">
        <w:rPr>
          <w:rFonts w:ascii="Arial" w:hAnsi="Arial" w:cs="Arial"/>
          <w:color w:val="auto"/>
          <w:sz w:val="52"/>
          <w:szCs w:val="52"/>
          <w:u w:val="single"/>
        </w:rPr>
        <w:t>Ullenhall Parish Council</w:t>
      </w:r>
    </w:p>
    <w:p w14:paraId="6F2D98F9" w14:textId="77777777" w:rsidR="005A7532" w:rsidRPr="00DC75F9" w:rsidRDefault="005A7532" w:rsidP="005A7532">
      <w:pPr>
        <w:rPr>
          <w:rFonts w:ascii="Arial" w:hAnsi="Arial" w:cs="Arial"/>
        </w:rPr>
      </w:pPr>
    </w:p>
    <w:p w14:paraId="67BFD639" w14:textId="77777777" w:rsidR="00376FC3" w:rsidRPr="00DC75F9" w:rsidRDefault="00577420">
      <w:pPr>
        <w:pStyle w:val="Heading2"/>
        <w:rPr>
          <w:rFonts w:ascii="Arial" w:hAnsi="Arial" w:cs="Arial"/>
          <w:color w:val="auto"/>
        </w:rPr>
      </w:pPr>
      <w:r w:rsidRPr="00DC75F9">
        <w:rPr>
          <w:rFonts w:ascii="Arial" w:hAnsi="Arial" w:cs="Arial"/>
          <w:color w:val="auto"/>
        </w:rPr>
        <w:t>Minutes of the Planning Application Meeting</w:t>
      </w:r>
    </w:p>
    <w:p w14:paraId="458A3175" w14:textId="0E0EEFAA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>Date: Wednesday 1</w:t>
      </w:r>
      <w:r w:rsidR="00767ECE" w:rsidRPr="00DC75F9">
        <w:rPr>
          <w:rFonts w:ascii="Arial" w:hAnsi="Arial" w:cs="Arial"/>
        </w:rPr>
        <w:t>7</w:t>
      </w:r>
      <w:r w:rsidR="00767ECE" w:rsidRPr="00DC75F9">
        <w:rPr>
          <w:rFonts w:ascii="Arial" w:hAnsi="Arial" w:cs="Arial"/>
          <w:vertAlign w:val="superscript"/>
        </w:rPr>
        <w:t>th</w:t>
      </w:r>
      <w:r w:rsidR="00767ECE" w:rsidRPr="00DC75F9">
        <w:rPr>
          <w:rFonts w:ascii="Arial" w:hAnsi="Arial" w:cs="Arial"/>
        </w:rPr>
        <w:t xml:space="preserve"> September</w:t>
      </w:r>
      <w:r w:rsidRPr="00DC75F9">
        <w:rPr>
          <w:rFonts w:ascii="Arial" w:hAnsi="Arial" w:cs="Arial"/>
        </w:rPr>
        <w:t xml:space="preserve"> 2025</w:t>
      </w:r>
    </w:p>
    <w:p w14:paraId="61982CCB" w14:textId="05054181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Time: </w:t>
      </w:r>
      <w:r w:rsidR="00767ECE" w:rsidRPr="00DC75F9">
        <w:rPr>
          <w:rFonts w:ascii="Arial" w:hAnsi="Arial" w:cs="Arial"/>
        </w:rPr>
        <w:t>6</w:t>
      </w:r>
      <w:r w:rsidRPr="00DC75F9">
        <w:rPr>
          <w:rFonts w:ascii="Arial" w:hAnsi="Arial" w:cs="Arial"/>
        </w:rPr>
        <w:t>:00pm</w:t>
      </w:r>
    </w:p>
    <w:p w14:paraId="25FB590A" w14:textId="77777777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>Location: Meeting Room, Ullenhall Village Hall</w:t>
      </w:r>
    </w:p>
    <w:p w14:paraId="3693A0B0" w14:textId="77777777" w:rsidR="00376FC3" w:rsidRPr="00DC75F9" w:rsidRDefault="00577420">
      <w:pPr>
        <w:pStyle w:val="Heading2"/>
        <w:rPr>
          <w:rFonts w:ascii="Arial" w:hAnsi="Arial" w:cs="Arial"/>
          <w:color w:val="auto"/>
        </w:rPr>
      </w:pPr>
      <w:r w:rsidRPr="00DC75F9">
        <w:rPr>
          <w:rFonts w:ascii="Arial" w:hAnsi="Arial" w:cs="Arial"/>
          <w:color w:val="auto"/>
        </w:rPr>
        <w:t>Present:</w:t>
      </w:r>
    </w:p>
    <w:p w14:paraId="5888416C" w14:textId="2D099973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Cllr </w:t>
      </w:r>
      <w:r w:rsidR="005A7532" w:rsidRPr="00DC75F9">
        <w:rPr>
          <w:rFonts w:ascii="Arial" w:hAnsi="Arial" w:cs="Arial"/>
        </w:rPr>
        <w:t>Morgan,</w:t>
      </w:r>
      <w:r w:rsidRPr="00DC75F9">
        <w:rPr>
          <w:rFonts w:ascii="Arial" w:hAnsi="Arial" w:cs="Arial"/>
        </w:rPr>
        <w:t xml:space="preserve"> Chair</w:t>
      </w:r>
    </w:p>
    <w:p w14:paraId="086571BF" w14:textId="41C947B7" w:rsidR="005E1A9B" w:rsidRPr="00DC75F9" w:rsidRDefault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Cllr Clayton (Vice Chair)</w:t>
      </w:r>
    </w:p>
    <w:p w14:paraId="7E42C2FE" w14:textId="622DE380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Cllr </w:t>
      </w:r>
      <w:r w:rsidR="005A7532" w:rsidRPr="00DC75F9">
        <w:rPr>
          <w:rFonts w:ascii="Arial" w:hAnsi="Arial" w:cs="Arial"/>
        </w:rPr>
        <w:t>Bucknall</w:t>
      </w:r>
    </w:p>
    <w:p w14:paraId="3A1DA297" w14:textId="4BBA1795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Cllr </w:t>
      </w:r>
      <w:r w:rsidR="005A7532" w:rsidRPr="00DC75F9">
        <w:rPr>
          <w:rFonts w:ascii="Arial" w:hAnsi="Arial" w:cs="Arial"/>
        </w:rPr>
        <w:t>Harding</w:t>
      </w:r>
    </w:p>
    <w:p w14:paraId="2EB74FC3" w14:textId="0B940792" w:rsidR="005E1A9B" w:rsidRPr="00DC75F9" w:rsidRDefault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Cllr Rauer</w:t>
      </w:r>
    </w:p>
    <w:p w14:paraId="327FD774" w14:textId="70707DDE" w:rsidR="005E1A9B" w:rsidRPr="00DC75F9" w:rsidRDefault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Cllr Harding</w:t>
      </w:r>
    </w:p>
    <w:p w14:paraId="17F445A5" w14:textId="2E65568E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>Clerk</w:t>
      </w:r>
      <w:r w:rsidR="005A7532" w:rsidRPr="00DC75F9">
        <w:rPr>
          <w:rFonts w:ascii="Arial" w:hAnsi="Arial" w:cs="Arial"/>
        </w:rPr>
        <w:t xml:space="preserve"> -</w:t>
      </w:r>
      <w:r w:rsidRPr="00DC75F9">
        <w:rPr>
          <w:rFonts w:ascii="Arial" w:hAnsi="Arial" w:cs="Arial"/>
        </w:rPr>
        <w:t xml:space="preserve"> </w:t>
      </w:r>
      <w:r w:rsidR="005A7532" w:rsidRPr="00DC75F9">
        <w:rPr>
          <w:rFonts w:ascii="Arial" w:hAnsi="Arial" w:cs="Arial"/>
        </w:rPr>
        <w:t xml:space="preserve">R Burman </w:t>
      </w:r>
    </w:p>
    <w:p w14:paraId="11208A7C" w14:textId="77777777" w:rsidR="00376FC3" w:rsidRPr="00DC75F9" w:rsidRDefault="00577420">
      <w:pPr>
        <w:pStyle w:val="Heading2"/>
        <w:rPr>
          <w:rFonts w:ascii="Arial" w:hAnsi="Arial" w:cs="Arial"/>
          <w:color w:val="auto"/>
        </w:rPr>
      </w:pPr>
      <w:r w:rsidRPr="00DC75F9">
        <w:rPr>
          <w:rFonts w:ascii="Arial" w:hAnsi="Arial" w:cs="Arial"/>
          <w:color w:val="auto"/>
        </w:rPr>
        <w:t>1. Welcome and Apologies</w:t>
      </w:r>
    </w:p>
    <w:p w14:paraId="286D6BB9" w14:textId="26049E2F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The Chair opened the meeting at </w:t>
      </w:r>
      <w:r w:rsidR="005E1A9B" w:rsidRPr="00DC75F9">
        <w:rPr>
          <w:rFonts w:ascii="Arial" w:hAnsi="Arial" w:cs="Arial"/>
        </w:rPr>
        <w:t>6.00</w:t>
      </w:r>
      <w:r w:rsidRPr="00DC75F9">
        <w:rPr>
          <w:rFonts w:ascii="Arial" w:hAnsi="Arial" w:cs="Arial"/>
        </w:rPr>
        <w:t>pm</w:t>
      </w:r>
    </w:p>
    <w:p w14:paraId="08CA6649" w14:textId="53E29431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>Apologies were received and accepted from</w:t>
      </w:r>
      <w:r w:rsidR="005A7532" w:rsidRPr="00DC75F9">
        <w:rPr>
          <w:rFonts w:ascii="Arial" w:hAnsi="Arial" w:cs="Arial"/>
        </w:rPr>
        <w:t xml:space="preserve"> Cllr Bushell, </w:t>
      </w:r>
    </w:p>
    <w:p w14:paraId="57C2BC56" w14:textId="77777777" w:rsidR="00376FC3" w:rsidRPr="00DC75F9" w:rsidRDefault="00577420">
      <w:pPr>
        <w:pStyle w:val="Heading2"/>
        <w:rPr>
          <w:rFonts w:ascii="Arial" w:hAnsi="Arial" w:cs="Arial"/>
          <w:color w:val="auto"/>
        </w:rPr>
      </w:pPr>
      <w:r w:rsidRPr="00DC75F9">
        <w:rPr>
          <w:rFonts w:ascii="Arial" w:hAnsi="Arial" w:cs="Arial"/>
          <w:color w:val="auto"/>
        </w:rPr>
        <w:t>2. Declarations of Interest</w:t>
      </w:r>
    </w:p>
    <w:p w14:paraId="64C00376" w14:textId="5C86F1A1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There were no declarations of </w:t>
      </w:r>
      <w:r w:rsidR="00DC75F9" w:rsidRPr="00DC75F9">
        <w:rPr>
          <w:rFonts w:ascii="Arial" w:hAnsi="Arial" w:cs="Arial"/>
        </w:rPr>
        <w:t>interest received.</w:t>
      </w:r>
    </w:p>
    <w:p w14:paraId="3551A600" w14:textId="0BE2B1A1" w:rsidR="00376FC3" w:rsidRPr="00DC75F9" w:rsidRDefault="00577420">
      <w:pPr>
        <w:pStyle w:val="Heading2"/>
        <w:rPr>
          <w:rFonts w:ascii="Arial" w:hAnsi="Arial" w:cs="Arial"/>
          <w:color w:val="auto"/>
        </w:rPr>
      </w:pPr>
      <w:r w:rsidRPr="00DC75F9">
        <w:rPr>
          <w:rFonts w:ascii="Arial" w:hAnsi="Arial" w:cs="Arial"/>
          <w:color w:val="auto"/>
        </w:rPr>
        <w:t xml:space="preserve">3. </w:t>
      </w:r>
      <w:r w:rsidR="005E1A9B" w:rsidRPr="00DC75F9">
        <w:rPr>
          <w:rFonts w:ascii="Arial" w:hAnsi="Arial" w:cs="Arial"/>
          <w:color w:val="auto"/>
        </w:rPr>
        <w:t xml:space="preserve">Open Forum </w:t>
      </w:r>
    </w:p>
    <w:p w14:paraId="185A2991" w14:textId="662F7B19" w:rsidR="00376FC3" w:rsidRPr="00DC75F9" w:rsidRDefault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One member of the public was in attendance to discuss the planning application for Springfield</w:t>
      </w:r>
    </w:p>
    <w:p w14:paraId="45B247CE" w14:textId="77777777" w:rsidR="007E0ABD" w:rsidRPr="00DC75F9" w:rsidRDefault="007E0ABD">
      <w:pPr>
        <w:rPr>
          <w:rFonts w:ascii="Arial" w:hAnsi="Arial" w:cs="Arial"/>
        </w:rPr>
      </w:pPr>
    </w:p>
    <w:p w14:paraId="47F9B2CE" w14:textId="77777777" w:rsidR="007E0ABD" w:rsidRPr="00DC75F9" w:rsidRDefault="007E0ABD">
      <w:pPr>
        <w:rPr>
          <w:rFonts w:ascii="Arial" w:hAnsi="Arial" w:cs="Arial"/>
        </w:rPr>
      </w:pPr>
    </w:p>
    <w:p w14:paraId="093F764C" w14:textId="77777777" w:rsidR="00DC75F9" w:rsidRPr="00DC75F9" w:rsidRDefault="00DC75F9">
      <w:pPr>
        <w:rPr>
          <w:rFonts w:ascii="Arial" w:hAnsi="Arial" w:cs="Arial"/>
        </w:rPr>
      </w:pPr>
    </w:p>
    <w:p w14:paraId="1F458A3D" w14:textId="4FFDDB62" w:rsidR="007E0ABD" w:rsidRPr="00DC75F9" w:rsidRDefault="007E0ABD" w:rsidP="00577420">
      <w:pPr>
        <w:ind w:left="2880" w:firstLine="720"/>
        <w:rPr>
          <w:rFonts w:ascii="Arial" w:hAnsi="Arial" w:cs="Arial"/>
        </w:rPr>
      </w:pPr>
      <w:r w:rsidRPr="00DC75F9">
        <w:rPr>
          <w:rFonts w:ascii="Arial" w:hAnsi="Arial" w:cs="Arial"/>
        </w:rPr>
        <w:t>Page 1 of 2</w:t>
      </w:r>
    </w:p>
    <w:p w14:paraId="55F951CD" w14:textId="77777777" w:rsidR="00376FC3" w:rsidRPr="00DC75F9" w:rsidRDefault="00577420">
      <w:pPr>
        <w:pStyle w:val="Heading2"/>
        <w:rPr>
          <w:rFonts w:ascii="Arial" w:hAnsi="Arial" w:cs="Arial"/>
          <w:color w:val="auto"/>
        </w:rPr>
      </w:pPr>
      <w:r w:rsidRPr="00DC75F9">
        <w:rPr>
          <w:rFonts w:ascii="Arial" w:hAnsi="Arial" w:cs="Arial"/>
          <w:color w:val="auto"/>
        </w:rPr>
        <w:lastRenderedPageBreak/>
        <w:t>4. Planning Application for Consideration</w:t>
      </w:r>
    </w:p>
    <w:p w14:paraId="2705B61A" w14:textId="77777777" w:rsidR="005E1A9B" w:rsidRPr="00DC75F9" w:rsidRDefault="005E1A9B" w:rsidP="005E1A9B">
      <w:pPr>
        <w:rPr>
          <w:rFonts w:ascii="Arial" w:hAnsi="Arial" w:cs="Arial"/>
          <w:b/>
          <w:bCs/>
        </w:rPr>
      </w:pPr>
      <w:r w:rsidRPr="00DC75F9">
        <w:rPr>
          <w:rFonts w:ascii="Arial" w:hAnsi="Arial" w:cs="Arial"/>
          <w:b/>
          <w:bCs/>
        </w:rPr>
        <w:t>Application Reference: 25/02023/FUL</w:t>
      </w:r>
    </w:p>
    <w:p w14:paraId="2127C3D0" w14:textId="77777777" w:rsidR="005E1A9B" w:rsidRPr="00DC75F9" w:rsidRDefault="005E1A9B" w:rsidP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Proposal: Proposed extension and alterations to existing dwelling and garage</w:t>
      </w:r>
    </w:p>
    <w:p w14:paraId="5D728D5D" w14:textId="3E0B9A6A" w:rsidR="005E1A9B" w:rsidRPr="00DC75F9" w:rsidRDefault="005E1A9B" w:rsidP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Location: Springfield, Perry Mill Lane, Ullenhall, Henley-in-Arden, B95 5RW</w:t>
      </w:r>
    </w:p>
    <w:p w14:paraId="0EA61117" w14:textId="77777777" w:rsidR="005E1A9B" w:rsidRPr="00DC75F9" w:rsidRDefault="005E1A9B" w:rsidP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Comments Due By: 22 September 2025</w:t>
      </w:r>
    </w:p>
    <w:p w14:paraId="491F4A46" w14:textId="33CB725F" w:rsidR="005E1A9B" w:rsidRPr="00DC75F9" w:rsidRDefault="005E1A9B" w:rsidP="005E1A9B">
      <w:pPr>
        <w:rPr>
          <w:rFonts w:ascii="Arial" w:hAnsi="Arial" w:cs="Arial"/>
          <w:b/>
          <w:bCs/>
        </w:rPr>
      </w:pPr>
      <w:r w:rsidRPr="00DC75F9">
        <w:rPr>
          <w:rFonts w:ascii="Arial" w:hAnsi="Arial" w:cs="Arial"/>
          <w:b/>
          <w:bCs/>
        </w:rPr>
        <w:t xml:space="preserve">The </w:t>
      </w:r>
      <w:r w:rsidR="00275317" w:rsidRPr="00DC75F9">
        <w:rPr>
          <w:rFonts w:ascii="Arial" w:hAnsi="Arial" w:cs="Arial"/>
          <w:b/>
          <w:bCs/>
        </w:rPr>
        <w:t>Parish Council have</w:t>
      </w:r>
      <w:r w:rsidRPr="00DC75F9">
        <w:rPr>
          <w:rFonts w:ascii="Arial" w:hAnsi="Arial" w:cs="Arial"/>
          <w:b/>
          <w:bCs/>
        </w:rPr>
        <w:t xml:space="preserve"> no objection to the proposed planning application. </w:t>
      </w:r>
    </w:p>
    <w:p w14:paraId="7B126875" w14:textId="77777777" w:rsidR="00B71483" w:rsidRPr="00DC75F9" w:rsidRDefault="00B71483" w:rsidP="005E1A9B">
      <w:pPr>
        <w:rPr>
          <w:rFonts w:ascii="Arial" w:hAnsi="Arial" w:cs="Arial"/>
          <w:b/>
          <w:bCs/>
        </w:rPr>
      </w:pPr>
    </w:p>
    <w:p w14:paraId="13EA4CD7" w14:textId="77777777" w:rsidR="005E1A9B" w:rsidRPr="00DC75F9" w:rsidRDefault="005E1A9B" w:rsidP="005E1A9B">
      <w:pPr>
        <w:rPr>
          <w:rFonts w:ascii="Arial" w:hAnsi="Arial" w:cs="Arial"/>
          <w:b/>
          <w:bCs/>
        </w:rPr>
      </w:pPr>
      <w:r w:rsidRPr="00DC75F9">
        <w:rPr>
          <w:rFonts w:ascii="Arial" w:hAnsi="Arial" w:cs="Arial"/>
          <w:b/>
          <w:bCs/>
        </w:rPr>
        <w:t>Application Reference: 25/02157/AAPA</w:t>
      </w:r>
    </w:p>
    <w:p w14:paraId="1E929166" w14:textId="77777777" w:rsidR="005E1A9B" w:rsidRPr="00DC75F9" w:rsidRDefault="005E1A9B" w:rsidP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Proposal: Additional </w:t>
      </w:r>
      <w:proofErr w:type="spellStart"/>
      <w:r w:rsidRPr="00DC75F9">
        <w:rPr>
          <w:rFonts w:ascii="Arial" w:hAnsi="Arial" w:cs="Arial"/>
        </w:rPr>
        <w:t>storey</w:t>
      </w:r>
      <w:proofErr w:type="spellEnd"/>
      <w:r w:rsidRPr="00DC75F9">
        <w:rPr>
          <w:rFonts w:ascii="Arial" w:hAnsi="Arial" w:cs="Arial"/>
        </w:rPr>
        <w:t xml:space="preserve"> added to existing detached bungalow</w:t>
      </w:r>
    </w:p>
    <w:p w14:paraId="042D318B" w14:textId="23AE3CC0" w:rsidR="005E1A9B" w:rsidRPr="00DC75F9" w:rsidRDefault="005E1A9B" w:rsidP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Location: River Mead, Tanworth Lane, Henley-in-Arden, B95 5RB</w:t>
      </w:r>
    </w:p>
    <w:p w14:paraId="54D25412" w14:textId="77777777" w:rsidR="005E1A9B" w:rsidRPr="00DC75F9" w:rsidRDefault="005E1A9B" w:rsidP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Comments Due By: 29 September 2025</w:t>
      </w:r>
    </w:p>
    <w:p w14:paraId="101DCAC4" w14:textId="2FACCADA" w:rsidR="005A7532" w:rsidRPr="00DC75F9" w:rsidRDefault="005E1A9B" w:rsidP="005E1A9B">
      <w:pPr>
        <w:rPr>
          <w:rFonts w:ascii="Arial" w:hAnsi="Arial" w:cs="Arial"/>
        </w:rPr>
      </w:pPr>
      <w:r w:rsidRPr="00DC75F9">
        <w:rPr>
          <w:rFonts w:ascii="Arial" w:hAnsi="Arial" w:cs="Arial"/>
        </w:rPr>
        <w:t>Please note: Application 25/02157/AAPA is a notification for prior approval and not a formal planning application.</w:t>
      </w:r>
    </w:p>
    <w:p w14:paraId="3F3D2218" w14:textId="7A165047" w:rsidR="006E559E" w:rsidRPr="00DC75F9" w:rsidRDefault="006E559E" w:rsidP="005E1A9B">
      <w:pPr>
        <w:rPr>
          <w:rFonts w:ascii="Arial" w:hAnsi="Arial" w:cs="Arial"/>
          <w:b/>
          <w:bCs/>
        </w:rPr>
      </w:pPr>
      <w:r w:rsidRPr="00DC75F9">
        <w:rPr>
          <w:rFonts w:ascii="Arial" w:hAnsi="Arial" w:cs="Arial"/>
          <w:b/>
          <w:bCs/>
        </w:rPr>
        <w:t xml:space="preserve">The Parish Council </w:t>
      </w:r>
      <w:proofErr w:type="gramStart"/>
      <w:r w:rsidRPr="00DC75F9">
        <w:rPr>
          <w:rFonts w:ascii="Arial" w:hAnsi="Arial" w:cs="Arial"/>
          <w:b/>
          <w:bCs/>
        </w:rPr>
        <w:t>object</w:t>
      </w:r>
      <w:proofErr w:type="gramEnd"/>
      <w:r w:rsidRPr="00DC75F9">
        <w:rPr>
          <w:rFonts w:ascii="Arial" w:hAnsi="Arial" w:cs="Arial"/>
          <w:b/>
          <w:bCs/>
        </w:rPr>
        <w:t xml:space="preserve"> to the application for the following reasons:</w:t>
      </w:r>
    </w:p>
    <w:p w14:paraId="785F5D17" w14:textId="7252884E" w:rsidR="006E559E" w:rsidRPr="00DC75F9" w:rsidRDefault="006E559E" w:rsidP="005E1A9B">
      <w:pPr>
        <w:rPr>
          <w:rFonts w:ascii="Arial" w:hAnsi="Arial" w:cs="Arial"/>
          <w:b/>
          <w:bCs/>
        </w:rPr>
      </w:pPr>
      <w:r w:rsidRPr="00DC75F9">
        <w:rPr>
          <w:rFonts w:ascii="Arial" w:hAnsi="Arial" w:cs="Arial"/>
          <w:b/>
          <w:bCs/>
        </w:rPr>
        <w:t>The proposed development would result in the property doubling in size, leading to substantial alterations across all elevations. Such an increase in scale would also have a pronounced impact on the character and appearance of the street scene."</w:t>
      </w:r>
    </w:p>
    <w:p w14:paraId="6D736BDE" w14:textId="77777777" w:rsidR="005E1A9B" w:rsidRPr="00DC75F9" w:rsidRDefault="005E1A9B" w:rsidP="005E1A9B">
      <w:pPr>
        <w:rPr>
          <w:rFonts w:ascii="Arial" w:hAnsi="Arial" w:cs="Arial"/>
        </w:rPr>
      </w:pPr>
    </w:p>
    <w:p w14:paraId="63211357" w14:textId="77777777" w:rsidR="00376FC3" w:rsidRPr="00DC75F9" w:rsidRDefault="00577420">
      <w:pPr>
        <w:pStyle w:val="Heading2"/>
        <w:rPr>
          <w:rFonts w:ascii="Arial" w:hAnsi="Arial" w:cs="Arial"/>
          <w:color w:val="auto"/>
        </w:rPr>
      </w:pPr>
      <w:r w:rsidRPr="00DC75F9">
        <w:rPr>
          <w:rFonts w:ascii="Arial" w:hAnsi="Arial" w:cs="Arial"/>
          <w:color w:val="auto"/>
        </w:rPr>
        <w:t>5. Date of Next Meeting</w:t>
      </w:r>
    </w:p>
    <w:p w14:paraId="06EFEBF1" w14:textId="749C3B39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The next meeting of Ullenhall Parish Council is scheduled for Tuesday </w:t>
      </w:r>
      <w:r w:rsidR="005E1A9B" w:rsidRPr="00DC75F9">
        <w:rPr>
          <w:rFonts w:ascii="Arial" w:hAnsi="Arial" w:cs="Arial"/>
        </w:rPr>
        <w:t>7</w:t>
      </w:r>
      <w:r w:rsidR="005E1A9B" w:rsidRPr="00DC75F9">
        <w:rPr>
          <w:rFonts w:ascii="Arial" w:hAnsi="Arial" w:cs="Arial"/>
          <w:vertAlign w:val="superscript"/>
        </w:rPr>
        <w:t>th</w:t>
      </w:r>
      <w:r w:rsidR="005E1A9B" w:rsidRPr="00DC75F9">
        <w:rPr>
          <w:rFonts w:ascii="Arial" w:hAnsi="Arial" w:cs="Arial"/>
        </w:rPr>
        <w:t xml:space="preserve"> October 2025</w:t>
      </w:r>
    </w:p>
    <w:p w14:paraId="7C2D7E0C" w14:textId="77777777" w:rsidR="005E1A9B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Meeting </w:t>
      </w:r>
      <w:proofErr w:type="gramStart"/>
      <w:r w:rsidRPr="00DC75F9">
        <w:rPr>
          <w:rFonts w:ascii="Arial" w:hAnsi="Arial" w:cs="Arial"/>
        </w:rPr>
        <w:t>closed</w:t>
      </w:r>
      <w:proofErr w:type="gramEnd"/>
      <w:r w:rsidRPr="00DC75F9">
        <w:rPr>
          <w:rFonts w:ascii="Arial" w:hAnsi="Arial" w:cs="Arial"/>
        </w:rPr>
        <w:t xml:space="preserve"> at: </w:t>
      </w:r>
      <w:r w:rsidR="005A7532" w:rsidRPr="00DC75F9">
        <w:rPr>
          <w:rFonts w:ascii="Arial" w:hAnsi="Arial" w:cs="Arial"/>
        </w:rPr>
        <w:t>7.20pm</w:t>
      </w:r>
    </w:p>
    <w:p w14:paraId="22918F83" w14:textId="4D3EC58D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br/>
        <w:t xml:space="preserve">Minutes prepared by: </w:t>
      </w:r>
      <w:r w:rsidR="005A7532" w:rsidRPr="00DC75F9">
        <w:rPr>
          <w:rFonts w:ascii="Arial" w:hAnsi="Arial" w:cs="Arial"/>
        </w:rPr>
        <w:t xml:space="preserve">R Burman </w:t>
      </w:r>
    </w:p>
    <w:p w14:paraId="453B4A77" w14:textId="77777777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Position: Clerk </w:t>
      </w:r>
      <w:proofErr w:type="gramStart"/>
      <w:r w:rsidRPr="00DC75F9">
        <w:rPr>
          <w:rFonts w:ascii="Arial" w:hAnsi="Arial" w:cs="Arial"/>
        </w:rPr>
        <w:t>to</w:t>
      </w:r>
      <w:proofErr w:type="gramEnd"/>
      <w:r w:rsidRPr="00DC75F9">
        <w:rPr>
          <w:rFonts w:ascii="Arial" w:hAnsi="Arial" w:cs="Arial"/>
        </w:rPr>
        <w:t xml:space="preserve"> Ullenhall Parish Council</w:t>
      </w:r>
    </w:p>
    <w:p w14:paraId="0EA481B6" w14:textId="29F33183" w:rsidR="00376FC3" w:rsidRPr="00DC75F9" w:rsidRDefault="00577420">
      <w:pPr>
        <w:rPr>
          <w:rFonts w:ascii="Arial" w:hAnsi="Arial" w:cs="Arial"/>
        </w:rPr>
      </w:pPr>
      <w:r w:rsidRPr="00DC75F9">
        <w:rPr>
          <w:rFonts w:ascii="Arial" w:hAnsi="Arial" w:cs="Arial"/>
        </w:rPr>
        <w:t xml:space="preserve">Date: </w:t>
      </w:r>
      <w:r w:rsidR="006E559E" w:rsidRPr="00DC75F9">
        <w:rPr>
          <w:rFonts w:ascii="Arial" w:hAnsi="Arial" w:cs="Arial"/>
        </w:rPr>
        <w:t>17</w:t>
      </w:r>
      <w:r w:rsidR="006E559E" w:rsidRPr="00DC75F9">
        <w:rPr>
          <w:rFonts w:ascii="Arial" w:hAnsi="Arial" w:cs="Arial"/>
          <w:vertAlign w:val="superscript"/>
        </w:rPr>
        <w:t>th</w:t>
      </w:r>
      <w:r w:rsidR="006E559E" w:rsidRPr="00DC75F9">
        <w:rPr>
          <w:rFonts w:ascii="Arial" w:hAnsi="Arial" w:cs="Arial"/>
        </w:rPr>
        <w:t xml:space="preserve"> September</w:t>
      </w:r>
      <w:r w:rsidR="005A7532" w:rsidRPr="00DC75F9">
        <w:rPr>
          <w:rFonts w:ascii="Arial" w:hAnsi="Arial" w:cs="Arial"/>
        </w:rPr>
        <w:t xml:space="preserve"> 2025</w:t>
      </w:r>
    </w:p>
    <w:p w14:paraId="7A945832" w14:textId="6947A934" w:rsidR="005A7532" w:rsidRPr="00DC75F9" w:rsidRDefault="005A7532" w:rsidP="005A7532">
      <w:pPr>
        <w:jc w:val="center"/>
        <w:rPr>
          <w:rFonts w:ascii="Arial" w:hAnsi="Arial" w:cs="Arial"/>
        </w:rPr>
      </w:pPr>
      <w:r w:rsidRPr="00DC75F9">
        <w:rPr>
          <w:rFonts w:ascii="Arial" w:hAnsi="Arial" w:cs="Arial"/>
        </w:rPr>
        <w:t>Page 2 of 2</w:t>
      </w:r>
    </w:p>
    <w:sectPr w:rsidR="005A7532" w:rsidRPr="00DC75F9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EED54" w14:textId="77777777" w:rsidR="00944019" w:rsidRDefault="00944019" w:rsidP="00577420">
      <w:pPr>
        <w:spacing w:after="0" w:line="240" w:lineRule="auto"/>
      </w:pPr>
      <w:r>
        <w:separator/>
      </w:r>
    </w:p>
  </w:endnote>
  <w:endnote w:type="continuationSeparator" w:id="0">
    <w:p w14:paraId="02AF1A95" w14:textId="77777777" w:rsidR="00944019" w:rsidRDefault="00944019" w:rsidP="00577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DD2D" w14:textId="77777777" w:rsidR="00577420" w:rsidRDefault="005774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740A1" w14:textId="77777777" w:rsidR="00577420" w:rsidRDefault="005774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802F7" w14:textId="77777777" w:rsidR="00577420" w:rsidRDefault="005774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7EBDF" w14:textId="77777777" w:rsidR="00944019" w:rsidRDefault="00944019" w:rsidP="00577420">
      <w:pPr>
        <w:spacing w:after="0" w:line="240" w:lineRule="auto"/>
      </w:pPr>
      <w:r>
        <w:separator/>
      </w:r>
    </w:p>
  </w:footnote>
  <w:footnote w:type="continuationSeparator" w:id="0">
    <w:p w14:paraId="665EE383" w14:textId="77777777" w:rsidR="00944019" w:rsidRDefault="00944019" w:rsidP="00577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F8B8E" w14:textId="0988DFEF" w:rsidR="00577420" w:rsidRDefault="005774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D6123" w14:textId="630385A6" w:rsidR="00577420" w:rsidRDefault="005774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2A079" w14:textId="6D419F4B" w:rsidR="00577420" w:rsidRDefault="005774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6863625">
    <w:abstractNumId w:val="8"/>
  </w:num>
  <w:num w:numId="2" w16cid:durableId="447242883">
    <w:abstractNumId w:val="6"/>
  </w:num>
  <w:num w:numId="3" w16cid:durableId="141239204">
    <w:abstractNumId w:val="5"/>
  </w:num>
  <w:num w:numId="4" w16cid:durableId="1229220076">
    <w:abstractNumId w:val="4"/>
  </w:num>
  <w:num w:numId="5" w16cid:durableId="1324309955">
    <w:abstractNumId w:val="7"/>
  </w:num>
  <w:num w:numId="6" w16cid:durableId="1349215747">
    <w:abstractNumId w:val="3"/>
  </w:num>
  <w:num w:numId="7" w16cid:durableId="1361052012">
    <w:abstractNumId w:val="2"/>
  </w:num>
  <w:num w:numId="8" w16cid:durableId="1310281694">
    <w:abstractNumId w:val="1"/>
  </w:num>
  <w:num w:numId="9" w16cid:durableId="499006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0581"/>
    <w:rsid w:val="00275317"/>
    <w:rsid w:val="0029639D"/>
    <w:rsid w:val="002E3488"/>
    <w:rsid w:val="00326F90"/>
    <w:rsid w:val="00376FC3"/>
    <w:rsid w:val="00416E6D"/>
    <w:rsid w:val="00503A8B"/>
    <w:rsid w:val="00577420"/>
    <w:rsid w:val="005A7532"/>
    <w:rsid w:val="005E1A9B"/>
    <w:rsid w:val="006E559E"/>
    <w:rsid w:val="00767ECE"/>
    <w:rsid w:val="007E0ABD"/>
    <w:rsid w:val="008425DA"/>
    <w:rsid w:val="00897D45"/>
    <w:rsid w:val="00944019"/>
    <w:rsid w:val="00AA1D8D"/>
    <w:rsid w:val="00B47730"/>
    <w:rsid w:val="00B71483"/>
    <w:rsid w:val="00C17A0E"/>
    <w:rsid w:val="00CB0664"/>
    <w:rsid w:val="00DC75F9"/>
    <w:rsid w:val="00F13B8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73E762"/>
  <w14:defaultImageDpi w14:val="300"/>
  <w15:docId w15:val="{066E63AB-91A1-4585-9F02-68C3B76F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11</cp:revision>
  <dcterms:created xsi:type="dcterms:W3CDTF">2025-09-17T17:10:00Z</dcterms:created>
  <dcterms:modified xsi:type="dcterms:W3CDTF">2025-10-07T17:36:00Z</dcterms:modified>
  <cp:category/>
</cp:coreProperties>
</file>