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4034F" w14:textId="77777777" w:rsidR="00376FC3" w:rsidRPr="00C17A0E" w:rsidRDefault="00000000">
      <w:pPr>
        <w:pStyle w:val="Heading1"/>
        <w:rPr>
          <w:color w:val="auto"/>
          <w:sz w:val="52"/>
          <w:szCs w:val="52"/>
          <w:u w:val="single"/>
        </w:rPr>
      </w:pPr>
      <w:r w:rsidRPr="00C17A0E">
        <w:rPr>
          <w:color w:val="auto"/>
          <w:sz w:val="52"/>
          <w:szCs w:val="52"/>
          <w:u w:val="single"/>
        </w:rPr>
        <w:t>Ullenhall Parish Council</w:t>
      </w:r>
    </w:p>
    <w:p w14:paraId="6F2D98F9" w14:textId="77777777" w:rsidR="005A7532" w:rsidRPr="00C17A0E" w:rsidRDefault="005A7532" w:rsidP="005A7532"/>
    <w:p w14:paraId="67BFD639" w14:textId="77777777" w:rsidR="00376FC3" w:rsidRPr="00C17A0E" w:rsidRDefault="00000000">
      <w:pPr>
        <w:pStyle w:val="Heading2"/>
        <w:rPr>
          <w:color w:val="auto"/>
        </w:rPr>
      </w:pPr>
      <w:r w:rsidRPr="00C17A0E">
        <w:rPr>
          <w:color w:val="auto"/>
        </w:rPr>
        <w:t>Minutes of the Planning Application Meeting</w:t>
      </w:r>
    </w:p>
    <w:p w14:paraId="458A3175" w14:textId="77777777" w:rsidR="00376FC3" w:rsidRPr="00C17A0E" w:rsidRDefault="00000000">
      <w:r w:rsidRPr="00C17A0E">
        <w:t>Date: Wednesday 18th June 2025</w:t>
      </w:r>
    </w:p>
    <w:p w14:paraId="61982CCB" w14:textId="77777777" w:rsidR="00376FC3" w:rsidRPr="00C17A0E" w:rsidRDefault="00000000">
      <w:r w:rsidRPr="00C17A0E">
        <w:t>Time: 7:00pm</w:t>
      </w:r>
    </w:p>
    <w:p w14:paraId="25FB590A" w14:textId="77777777" w:rsidR="00376FC3" w:rsidRPr="00C17A0E" w:rsidRDefault="00000000">
      <w:r w:rsidRPr="00C17A0E">
        <w:t>Location: Meeting Room, Ullenhall Village Hall</w:t>
      </w:r>
    </w:p>
    <w:p w14:paraId="3693A0B0" w14:textId="77777777" w:rsidR="00376FC3" w:rsidRPr="00C17A0E" w:rsidRDefault="00000000">
      <w:pPr>
        <w:pStyle w:val="Heading2"/>
        <w:rPr>
          <w:color w:val="auto"/>
        </w:rPr>
      </w:pPr>
      <w:r w:rsidRPr="00C17A0E">
        <w:rPr>
          <w:color w:val="auto"/>
        </w:rPr>
        <w:t>Present:</w:t>
      </w:r>
    </w:p>
    <w:p w14:paraId="5888416C" w14:textId="2D099973" w:rsidR="00376FC3" w:rsidRPr="00C17A0E" w:rsidRDefault="00000000">
      <w:r w:rsidRPr="00C17A0E">
        <w:t xml:space="preserve">Cllr </w:t>
      </w:r>
      <w:r w:rsidR="005A7532" w:rsidRPr="00C17A0E">
        <w:t>Morgan,</w:t>
      </w:r>
      <w:r w:rsidRPr="00C17A0E">
        <w:t xml:space="preserve"> Chair</w:t>
      </w:r>
    </w:p>
    <w:p w14:paraId="7E42C2FE" w14:textId="622DE380" w:rsidR="00376FC3" w:rsidRPr="00C17A0E" w:rsidRDefault="00000000">
      <w:r w:rsidRPr="00C17A0E">
        <w:t xml:space="preserve">Cllr </w:t>
      </w:r>
      <w:r w:rsidR="005A7532" w:rsidRPr="00C17A0E">
        <w:t>Bucknall</w:t>
      </w:r>
    </w:p>
    <w:p w14:paraId="3A1DA297" w14:textId="4BBA1795" w:rsidR="00376FC3" w:rsidRPr="00C17A0E" w:rsidRDefault="00000000">
      <w:r w:rsidRPr="00C17A0E">
        <w:t xml:space="preserve">Cllr </w:t>
      </w:r>
      <w:r w:rsidR="005A7532" w:rsidRPr="00C17A0E">
        <w:t>Harding</w:t>
      </w:r>
    </w:p>
    <w:p w14:paraId="17F445A5" w14:textId="06811501" w:rsidR="00376FC3" w:rsidRPr="00C17A0E" w:rsidRDefault="00000000">
      <w:r w:rsidRPr="00C17A0E">
        <w:t>Parish Clerk</w:t>
      </w:r>
      <w:r w:rsidR="005A7532" w:rsidRPr="00C17A0E">
        <w:t xml:space="preserve"> -</w:t>
      </w:r>
      <w:r w:rsidRPr="00C17A0E">
        <w:t xml:space="preserve"> </w:t>
      </w:r>
      <w:r w:rsidR="005A7532" w:rsidRPr="00C17A0E">
        <w:t xml:space="preserve">R Burman </w:t>
      </w:r>
    </w:p>
    <w:p w14:paraId="11208A7C" w14:textId="77777777" w:rsidR="00376FC3" w:rsidRPr="00C17A0E" w:rsidRDefault="00000000">
      <w:pPr>
        <w:pStyle w:val="Heading2"/>
        <w:rPr>
          <w:color w:val="auto"/>
        </w:rPr>
      </w:pPr>
      <w:r w:rsidRPr="00C17A0E">
        <w:rPr>
          <w:color w:val="auto"/>
        </w:rPr>
        <w:t>1. Welcome and Apologies</w:t>
      </w:r>
    </w:p>
    <w:p w14:paraId="286D6BB9" w14:textId="74BB2D4E" w:rsidR="00376FC3" w:rsidRPr="00C17A0E" w:rsidRDefault="00000000">
      <w:r w:rsidRPr="00C17A0E">
        <w:t>The Chair opened the meeting at 7:00pm</w:t>
      </w:r>
    </w:p>
    <w:p w14:paraId="08CA6649" w14:textId="7739FAF4" w:rsidR="00376FC3" w:rsidRPr="00C17A0E" w:rsidRDefault="00000000">
      <w:r w:rsidRPr="00C17A0E">
        <w:t>Apologies were received and accepted from</w:t>
      </w:r>
      <w:r w:rsidR="005A7532" w:rsidRPr="00C17A0E">
        <w:t xml:space="preserve"> Vice Chair Cllr Clayton, Cllr Bushell, Cllr Rauer</w:t>
      </w:r>
    </w:p>
    <w:p w14:paraId="57C2BC56" w14:textId="77777777" w:rsidR="00376FC3" w:rsidRPr="00C17A0E" w:rsidRDefault="00000000">
      <w:pPr>
        <w:pStyle w:val="Heading2"/>
        <w:rPr>
          <w:color w:val="auto"/>
        </w:rPr>
      </w:pPr>
      <w:r w:rsidRPr="00C17A0E">
        <w:rPr>
          <w:color w:val="auto"/>
        </w:rPr>
        <w:t>2. Declarations of Interest</w:t>
      </w:r>
    </w:p>
    <w:p w14:paraId="64C00376" w14:textId="77777777" w:rsidR="00376FC3" w:rsidRPr="00C17A0E" w:rsidRDefault="00000000">
      <w:r w:rsidRPr="00C17A0E">
        <w:t>There were no declarations of personal or pecuniary interest in relation to the planning application under consideration.</w:t>
      </w:r>
    </w:p>
    <w:p w14:paraId="3551A600" w14:textId="77777777" w:rsidR="00376FC3" w:rsidRPr="00C17A0E" w:rsidRDefault="00000000">
      <w:pPr>
        <w:pStyle w:val="Heading2"/>
        <w:rPr>
          <w:color w:val="auto"/>
        </w:rPr>
      </w:pPr>
      <w:r w:rsidRPr="00C17A0E">
        <w:rPr>
          <w:color w:val="auto"/>
        </w:rPr>
        <w:t>3. Public Participation</w:t>
      </w:r>
    </w:p>
    <w:p w14:paraId="185A2991" w14:textId="1E6C40AD" w:rsidR="00376FC3" w:rsidRPr="00C17A0E" w:rsidRDefault="005A7532">
      <w:r w:rsidRPr="00C17A0E">
        <w:t xml:space="preserve">No members of the public were in attendance </w:t>
      </w:r>
    </w:p>
    <w:p w14:paraId="55F951CD" w14:textId="77777777" w:rsidR="00376FC3" w:rsidRPr="00C17A0E" w:rsidRDefault="00000000">
      <w:pPr>
        <w:pStyle w:val="Heading2"/>
        <w:rPr>
          <w:color w:val="auto"/>
        </w:rPr>
      </w:pPr>
      <w:r w:rsidRPr="00C17A0E">
        <w:rPr>
          <w:color w:val="auto"/>
        </w:rPr>
        <w:t>4. Planning Application for Consideration</w:t>
      </w:r>
    </w:p>
    <w:p w14:paraId="58C4132B" w14:textId="77777777" w:rsidR="00376FC3" w:rsidRPr="00C17A0E" w:rsidRDefault="00000000">
      <w:r w:rsidRPr="00C17A0E">
        <w:t>Application Reference: 25/01264/VARY</w:t>
      </w:r>
    </w:p>
    <w:p w14:paraId="75202F76" w14:textId="77777777" w:rsidR="00376FC3" w:rsidRPr="00C17A0E" w:rsidRDefault="00000000">
      <w:r w:rsidRPr="00C17A0E">
        <w:t>Location: Hillcrest, Ullenhall Lane, Ullenhall, Henley-in-Arden B95 5PL</w:t>
      </w:r>
    </w:p>
    <w:p w14:paraId="4F829674" w14:textId="77777777" w:rsidR="005A7532" w:rsidRPr="00C17A0E" w:rsidRDefault="005A7532"/>
    <w:p w14:paraId="31A8CA32" w14:textId="77777777" w:rsidR="005A7532" w:rsidRPr="00C17A0E" w:rsidRDefault="005A7532"/>
    <w:p w14:paraId="42DC9B91" w14:textId="77777777" w:rsidR="005A7532" w:rsidRPr="00C17A0E" w:rsidRDefault="005A7532"/>
    <w:p w14:paraId="1C0DA7F6" w14:textId="77777777" w:rsidR="005A7532" w:rsidRPr="00C17A0E" w:rsidRDefault="005A7532"/>
    <w:p w14:paraId="101DCAC4" w14:textId="1DAF2846" w:rsidR="005A7532" w:rsidRPr="00C17A0E" w:rsidRDefault="005A7532" w:rsidP="005A7532">
      <w:pPr>
        <w:jc w:val="center"/>
      </w:pPr>
      <w:r w:rsidRPr="00C17A0E">
        <w:t>Page 1 of 2</w:t>
      </w:r>
    </w:p>
    <w:p w14:paraId="6EC9AFB6" w14:textId="77777777" w:rsidR="00376FC3" w:rsidRPr="00C17A0E" w:rsidRDefault="00000000">
      <w:r w:rsidRPr="00C17A0E">
        <w:lastRenderedPageBreak/>
        <w:t>Applicant: Mr and Mrs Johnson</w:t>
      </w:r>
    </w:p>
    <w:p w14:paraId="4A66BE0C" w14:textId="77777777" w:rsidR="00376FC3" w:rsidRPr="00C17A0E" w:rsidRDefault="00000000">
      <w:r w:rsidRPr="00C17A0E">
        <w:t>Proposal:</w:t>
      </w:r>
      <w:r w:rsidRPr="00C17A0E">
        <w:br/>
        <w:t>Variation of Conditions 2 and 3 of Application 13/00325/FUL to update approved drawings and materials, specifically:</w:t>
      </w:r>
      <w:r w:rsidRPr="00C17A0E">
        <w:br/>
        <w:t>- Replace existing approved plans (dwg nos. 2009-04 and 2009-10) with:</w:t>
      </w:r>
      <w:r w:rsidRPr="00C17A0E">
        <w:br/>
        <w:t xml:space="preserve">  • 1314/28 – Proposed Garage Plan and Elevations</w:t>
      </w:r>
      <w:r w:rsidRPr="00C17A0E">
        <w:br/>
        <w:t xml:space="preserve">  • 1314/29 – Combined Plans and Elevations</w:t>
      </w:r>
      <w:r w:rsidRPr="00C17A0E">
        <w:br/>
        <w:t xml:space="preserve">  • 1314/30 – Site Layout Garage CGI</w:t>
      </w:r>
      <w:r w:rsidRPr="00C17A0E">
        <w:br/>
        <w:t>- Refer to updated Planning Statement for revised materials</w:t>
      </w:r>
    </w:p>
    <w:p w14:paraId="62959F9C" w14:textId="77777777" w:rsidR="00376FC3" w:rsidRPr="00C17A0E" w:rsidRDefault="00000000">
      <w:r w:rsidRPr="00C17A0E">
        <w:t>Case Officer: Lindsey Young</w:t>
      </w:r>
    </w:p>
    <w:p w14:paraId="211907EE" w14:textId="77777777" w:rsidR="00376FC3" w:rsidRPr="00C17A0E" w:rsidRDefault="00000000">
      <w:r w:rsidRPr="00C17A0E">
        <w:t>Comments Deadline: 24th June 2025</w:t>
      </w:r>
    </w:p>
    <w:p w14:paraId="5851EA49" w14:textId="77777777" w:rsidR="00376FC3" w:rsidRPr="00C17A0E" w:rsidRDefault="00000000">
      <w:r w:rsidRPr="00C17A0E">
        <w:t>Council Response:</w:t>
      </w:r>
      <w:r w:rsidRPr="00C17A0E">
        <w:br/>
        <w:t>Following a review of the documents and discussion, Ullenhall Parish Council resolved to raise no objection to the proposed variation of conditions.</w:t>
      </w:r>
    </w:p>
    <w:p w14:paraId="5995CE88" w14:textId="77777777" w:rsidR="00376FC3" w:rsidRPr="00C17A0E" w:rsidRDefault="00000000">
      <w:r w:rsidRPr="00C17A0E">
        <w:t>Action:</w:t>
      </w:r>
      <w:r w:rsidRPr="00C17A0E">
        <w:br/>
        <w:t>The Parish Clerk will submit the Council's response to the Planning Authority before the stated deadline.</w:t>
      </w:r>
    </w:p>
    <w:p w14:paraId="63211357" w14:textId="77777777" w:rsidR="00376FC3" w:rsidRPr="00C17A0E" w:rsidRDefault="00000000">
      <w:pPr>
        <w:pStyle w:val="Heading2"/>
        <w:rPr>
          <w:color w:val="auto"/>
        </w:rPr>
      </w:pPr>
      <w:r w:rsidRPr="00C17A0E">
        <w:rPr>
          <w:color w:val="auto"/>
        </w:rPr>
        <w:t>5. Date of Next Meeting</w:t>
      </w:r>
    </w:p>
    <w:p w14:paraId="06EFEBF1" w14:textId="77777777" w:rsidR="00376FC3" w:rsidRPr="00C17A0E" w:rsidRDefault="00000000">
      <w:r w:rsidRPr="00C17A0E">
        <w:t>The next meeting of Ullenhall Parish Council is scheduled for Tuesday 1st July 2025.</w:t>
      </w:r>
    </w:p>
    <w:p w14:paraId="3D3B2F47" w14:textId="5DD0DAE4" w:rsidR="00376FC3" w:rsidRPr="00C17A0E" w:rsidRDefault="00000000">
      <w:r w:rsidRPr="00C17A0E">
        <w:t xml:space="preserve">Meeting </w:t>
      </w:r>
      <w:proofErr w:type="gramStart"/>
      <w:r w:rsidRPr="00C17A0E">
        <w:t>closed</w:t>
      </w:r>
      <w:proofErr w:type="gramEnd"/>
      <w:r w:rsidRPr="00C17A0E">
        <w:t xml:space="preserve"> at: </w:t>
      </w:r>
      <w:r w:rsidR="005A7532" w:rsidRPr="00C17A0E">
        <w:t>7.20pm</w:t>
      </w:r>
    </w:p>
    <w:p w14:paraId="22918F83" w14:textId="170B1FC2" w:rsidR="00376FC3" w:rsidRPr="00C17A0E" w:rsidRDefault="00000000">
      <w:r w:rsidRPr="00C17A0E">
        <w:br/>
        <w:t xml:space="preserve">Minutes prepared by: </w:t>
      </w:r>
      <w:r w:rsidR="005A7532" w:rsidRPr="00C17A0E">
        <w:t xml:space="preserve">R Burman </w:t>
      </w:r>
    </w:p>
    <w:p w14:paraId="453B4A77" w14:textId="77777777" w:rsidR="00376FC3" w:rsidRPr="00C17A0E" w:rsidRDefault="00000000">
      <w:r w:rsidRPr="00C17A0E">
        <w:t xml:space="preserve">Position: Clerk </w:t>
      </w:r>
      <w:proofErr w:type="gramStart"/>
      <w:r w:rsidRPr="00C17A0E">
        <w:t>to</w:t>
      </w:r>
      <w:proofErr w:type="gramEnd"/>
      <w:r w:rsidRPr="00C17A0E">
        <w:t xml:space="preserve"> Ullenhall Parish Council</w:t>
      </w:r>
    </w:p>
    <w:p w14:paraId="0EA481B6" w14:textId="50D8BB54" w:rsidR="00376FC3" w:rsidRPr="00C17A0E" w:rsidRDefault="00000000">
      <w:r w:rsidRPr="00C17A0E">
        <w:t xml:space="preserve">Date: </w:t>
      </w:r>
      <w:r w:rsidR="005A7532" w:rsidRPr="00C17A0E">
        <w:t>20</w:t>
      </w:r>
      <w:r w:rsidR="005A7532" w:rsidRPr="00C17A0E">
        <w:rPr>
          <w:vertAlign w:val="superscript"/>
        </w:rPr>
        <w:t>th</w:t>
      </w:r>
      <w:r w:rsidR="005A7532" w:rsidRPr="00C17A0E">
        <w:t xml:space="preserve"> June 2025</w:t>
      </w:r>
    </w:p>
    <w:p w14:paraId="5D962DC0" w14:textId="77777777" w:rsidR="005A7532" w:rsidRPr="00C17A0E" w:rsidRDefault="005A7532"/>
    <w:p w14:paraId="15601AA0" w14:textId="77777777" w:rsidR="005A7532" w:rsidRPr="00C17A0E" w:rsidRDefault="005A7532"/>
    <w:p w14:paraId="0980977E" w14:textId="77777777" w:rsidR="005A7532" w:rsidRPr="00C17A0E" w:rsidRDefault="005A7532"/>
    <w:p w14:paraId="3616224A" w14:textId="77777777" w:rsidR="005A7532" w:rsidRPr="00C17A0E" w:rsidRDefault="005A7532"/>
    <w:p w14:paraId="2E0C4056" w14:textId="77777777" w:rsidR="005A7532" w:rsidRPr="00C17A0E" w:rsidRDefault="005A7532"/>
    <w:p w14:paraId="35DA9CE2" w14:textId="77777777" w:rsidR="005A7532" w:rsidRPr="00C17A0E" w:rsidRDefault="005A7532"/>
    <w:p w14:paraId="7A945832" w14:textId="6947A934" w:rsidR="005A7532" w:rsidRPr="00C17A0E" w:rsidRDefault="005A7532" w:rsidP="005A7532">
      <w:pPr>
        <w:jc w:val="center"/>
      </w:pPr>
      <w:r w:rsidRPr="00C17A0E">
        <w:t>Page 2 of 2</w:t>
      </w:r>
    </w:p>
    <w:sectPr w:rsidR="005A7532" w:rsidRPr="00C17A0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Device Font 10cpi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86863625">
    <w:abstractNumId w:val="8"/>
  </w:num>
  <w:num w:numId="2" w16cid:durableId="447242883">
    <w:abstractNumId w:val="6"/>
  </w:num>
  <w:num w:numId="3" w16cid:durableId="141239204">
    <w:abstractNumId w:val="5"/>
  </w:num>
  <w:num w:numId="4" w16cid:durableId="1229220076">
    <w:abstractNumId w:val="4"/>
  </w:num>
  <w:num w:numId="5" w16cid:durableId="1324309955">
    <w:abstractNumId w:val="7"/>
  </w:num>
  <w:num w:numId="6" w16cid:durableId="1349215747">
    <w:abstractNumId w:val="3"/>
  </w:num>
  <w:num w:numId="7" w16cid:durableId="1361052012">
    <w:abstractNumId w:val="2"/>
  </w:num>
  <w:num w:numId="8" w16cid:durableId="1310281694">
    <w:abstractNumId w:val="1"/>
  </w:num>
  <w:num w:numId="9" w16cid:durableId="499006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E3488"/>
    <w:rsid w:val="00326F90"/>
    <w:rsid w:val="00376FC3"/>
    <w:rsid w:val="005A7532"/>
    <w:rsid w:val="00AA1D8D"/>
    <w:rsid w:val="00B47730"/>
    <w:rsid w:val="00C17A0E"/>
    <w:rsid w:val="00CB0664"/>
    <w:rsid w:val="00F13B8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73E762"/>
  <w14:defaultImageDpi w14:val="300"/>
  <w15:docId w15:val="{066E63AB-91A1-4585-9F02-68C3B76F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Burman</cp:lastModifiedBy>
  <cp:revision>4</cp:revision>
  <dcterms:created xsi:type="dcterms:W3CDTF">2025-06-22T17:22:00Z</dcterms:created>
  <dcterms:modified xsi:type="dcterms:W3CDTF">2025-06-23T15:18:00Z</dcterms:modified>
  <cp:category/>
</cp:coreProperties>
</file>