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44D0E" w14:textId="77777777" w:rsidR="00F5203D" w:rsidRPr="00401ED7" w:rsidRDefault="00D4644D">
      <w:pPr>
        <w:pStyle w:val="Title"/>
        <w:rPr>
          <w:rFonts w:ascii="Aptos" w:hAnsi="Aptos"/>
          <w:color w:val="auto"/>
        </w:rPr>
      </w:pPr>
      <w:r w:rsidRPr="00401ED7">
        <w:rPr>
          <w:rFonts w:ascii="Aptos" w:hAnsi="Aptos"/>
          <w:color w:val="auto"/>
        </w:rPr>
        <w:t>Ullenhall Parish Council</w:t>
      </w:r>
    </w:p>
    <w:p w14:paraId="0ACCF020" w14:textId="77777777" w:rsidR="00F5203D" w:rsidRPr="00401ED7" w:rsidRDefault="00D4644D">
      <w:pPr>
        <w:pStyle w:val="Heading1"/>
        <w:rPr>
          <w:rFonts w:ascii="Aptos" w:hAnsi="Aptos"/>
          <w:color w:val="auto"/>
        </w:rPr>
      </w:pPr>
      <w:r w:rsidRPr="00401ED7">
        <w:rPr>
          <w:rFonts w:ascii="Aptos" w:hAnsi="Aptos"/>
          <w:color w:val="auto"/>
        </w:rPr>
        <w:t>Planning Application Meeting Agenda</w:t>
      </w:r>
    </w:p>
    <w:p w14:paraId="7324AD86" w14:textId="3901F293" w:rsidR="00F5203D" w:rsidRPr="00401ED7" w:rsidRDefault="00D4644D">
      <w:pPr>
        <w:rPr>
          <w:rFonts w:ascii="Aptos" w:hAnsi="Aptos"/>
        </w:rPr>
      </w:pPr>
      <w:r w:rsidRPr="00401ED7">
        <w:rPr>
          <w:rFonts w:ascii="Aptos" w:hAnsi="Aptos"/>
        </w:rPr>
        <w:t xml:space="preserve">Date: </w:t>
      </w:r>
      <w:r w:rsidR="00C75196" w:rsidRPr="00401ED7">
        <w:rPr>
          <w:rFonts w:ascii="Aptos" w:hAnsi="Aptos"/>
        </w:rPr>
        <w:t>Tuesday</w:t>
      </w:r>
      <w:r w:rsidRPr="00401ED7">
        <w:rPr>
          <w:rFonts w:ascii="Aptos" w:hAnsi="Aptos"/>
        </w:rPr>
        <w:t xml:space="preserve"> 1</w:t>
      </w:r>
      <w:r w:rsidR="00CD580F" w:rsidRPr="00401ED7">
        <w:rPr>
          <w:rFonts w:ascii="Aptos" w:hAnsi="Aptos"/>
        </w:rPr>
        <w:t>8</w:t>
      </w:r>
      <w:r w:rsidR="00CD580F" w:rsidRPr="00401ED7">
        <w:rPr>
          <w:rFonts w:ascii="Aptos" w:hAnsi="Aptos"/>
          <w:vertAlign w:val="superscript"/>
        </w:rPr>
        <w:t>th</w:t>
      </w:r>
      <w:r w:rsidR="00CD580F" w:rsidRPr="00401ED7">
        <w:rPr>
          <w:rFonts w:ascii="Aptos" w:hAnsi="Aptos"/>
        </w:rPr>
        <w:t xml:space="preserve"> November</w:t>
      </w:r>
      <w:r w:rsidRPr="00401ED7">
        <w:rPr>
          <w:rFonts w:ascii="Aptos" w:hAnsi="Aptos"/>
        </w:rPr>
        <w:t xml:space="preserve"> 2025</w:t>
      </w:r>
    </w:p>
    <w:p w14:paraId="6121ECD5" w14:textId="6C6ADB18" w:rsidR="00F5203D" w:rsidRPr="00401ED7" w:rsidRDefault="00D4644D">
      <w:pPr>
        <w:rPr>
          <w:rFonts w:ascii="Aptos" w:hAnsi="Aptos"/>
        </w:rPr>
      </w:pPr>
      <w:r w:rsidRPr="00401ED7">
        <w:rPr>
          <w:rFonts w:ascii="Aptos" w:hAnsi="Aptos"/>
        </w:rPr>
        <w:t xml:space="preserve">Time: </w:t>
      </w:r>
      <w:r w:rsidR="00CD580F" w:rsidRPr="00401ED7">
        <w:rPr>
          <w:rFonts w:ascii="Aptos" w:hAnsi="Aptos"/>
        </w:rPr>
        <w:t>7</w:t>
      </w:r>
      <w:r w:rsidRPr="00401ED7">
        <w:rPr>
          <w:rFonts w:ascii="Aptos" w:hAnsi="Aptos"/>
        </w:rPr>
        <w:t>.00pm</w:t>
      </w:r>
    </w:p>
    <w:p w14:paraId="03DF42B9" w14:textId="2DF67664" w:rsidR="00F5203D" w:rsidRDefault="00D4644D">
      <w:pPr>
        <w:rPr>
          <w:rFonts w:ascii="Aptos" w:hAnsi="Aptos"/>
        </w:rPr>
      </w:pPr>
      <w:r w:rsidRPr="00401ED7">
        <w:rPr>
          <w:rFonts w:ascii="Aptos" w:hAnsi="Aptos"/>
        </w:rPr>
        <w:t>Location: Meeting Room, Ullenhall Village Hall</w:t>
      </w:r>
    </w:p>
    <w:p w14:paraId="6DB53C9E" w14:textId="77777777" w:rsidR="009204F3" w:rsidRPr="00401ED7" w:rsidRDefault="009204F3">
      <w:pPr>
        <w:rPr>
          <w:rFonts w:ascii="Aptos" w:hAnsi="Aptos"/>
        </w:rPr>
      </w:pPr>
    </w:p>
    <w:p w14:paraId="571C55E9" w14:textId="683BF320" w:rsidR="00F5203D" w:rsidRPr="00401ED7" w:rsidRDefault="00D4644D" w:rsidP="00D4644D">
      <w:pPr>
        <w:pStyle w:val="Heading2"/>
        <w:rPr>
          <w:rFonts w:ascii="Aptos" w:hAnsi="Aptos"/>
          <w:color w:val="auto"/>
        </w:rPr>
      </w:pPr>
      <w:r w:rsidRPr="00401ED7">
        <w:rPr>
          <w:rFonts w:ascii="Aptos" w:hAnsi="Aptos"/>
          <w:color w:val="auto"/>
        </w:rPr>
        <w:t>1. Apologies for Absence</w:t>
      </w:r>
    </w:p>
    <w:p w14:paraId="4D5ABA2D" w14:textId="65D7E031" w:rsidR="00F5203D" w:rsidRPr="00401ED7" w:rsidRDefault="00D4644D" w:rsidP="00D4644D">
      <w:pPr>
        <w:pStyle w:val="Heading2"/>
        <w:rPr>
          <w:rFonts w:ascii="Aptos" w:hAnsi="Aptos"/>
          <w:color w:val="auto"/>
        </w:rPr>
      </w:pPr>
      <w:r w:rsidRPr="00401ED7">
        <w:rPr>
          <w:rFonts w:ascii="Aptos" w:hAnsi="Aptos"/>
          <w:color w:val="auto"/>
        </w:rPr>
        <w:t>2. Declarations of Interest</w:t>
      </w:r>
    </w:p>
    <w:p w14:paraId="6D4B98DD" w14:textId="0B72A191" w:rsidR="00D4644D" w:rsidRPr="00401ED7" w:rsidRDefault="00D4644D" w:rsidP="00D4644D">
      <w:pPr>
        <w:pStyle w:val="Heading2"/>
        <w:rPr>
          <w:rFonts w:ascii="Aptos" w:hAnsi="Aptos"/>
          <w:color w:val="auto"/>
        </w:rPr>
      </w:pPr>
      <w:r w:rsidRPr="00401ED7">
        <w:rPr>
          <w:rFonts w:ascii="Aptos" w:hAnsi="Aptos"/>
          <w:color w:val="auto"/>
        </w:rPr>
        <w:t>3. Open Forum</w:t>
      </w:r>
    </w:p>
    <w:p w14:paraId="21DEBAD0" w14:textId="77777777" w:rsidR="00F5203D" w:rsidRDefault="00D4644D">
      <w:pPr>
        <w:pStyle w:val="Heading2"/>
        <w:rPr>
          <w:rFonts w:ascii="Aptos" w:hAnsi="Aptos"/>
          <w:color w:val="auto"/>
        </w:rPr>
      </w:pPr>
      <w:r w:rsidRPr="00401ED7">
        <w:rPr>
          <w:rFonts w:ascii="Aptos" w:hAnsi="Aptos"/>
          <w:color w:val="auto"/>
        </w:rPr>
        <w:t>4. Planning Applications for Consideration</w:t>
      </w:r>
    </w:p>
    <w:p w14:paraId="201E79A2" w14:textId="77777777" w:rsidR="00401ED7" w:rsidRPr="00401ED7" w:rsidRDefault="00401ED7" w:rsidP="00401ED7"/>
    <w:p w14:paraId="421B6336" w14:textId="77777777" w:rsidR="00C921E2" w:rsidRPr="00401ED7" w:rsidRDefault="00C921E2" w:rsidP="00CD580F">
      <w:pPr>
        <w:rPr>
          <w:rFonts w:ascii="Aptos" w:hAnsi="Aptos"/>
          <w:b/>
          <w:bCs/>
        </w:rPr>
      </w:pPr>
      <w:r w:rsidRPr="00401ED7">
        <w:rPr>
          <w:rFonts w:ascii="Aptos" w:hAnsi="Aptos"/>
          <w:b/>
          <w:bCs/>
        </w:rPr>
        <w:t xml:space="preserve">Application(s) reference: 25/02203/FUL </w:t>
      </w:r>
    </w:p>
    <w:p w14:paraId="0BB58F8E" w14:textId="77777777" w:rsidR="00C921E2" w:rsidRPr="00401ED7" w:rsidRDefault="00C921E2" w:rsidP="00CD580F">
      <w:pPr>
        <w:rPr>
          <w:rFonts w:ascii="Aptos" w:hAnsi="Aptos"/>
        </w:rPr>
      </w:pPr>
      <w:proofErr w:type="gramStart"/>
      <w:r w:rsidRPr="00401ED7">
        <w:rPr>
          <w:rFonts w:ascii="Aptos" w:hAnsi="Aptos"/>
        </w:rPr>
        <w:t>Proposed :</w:t>
      </w:r>
      <w:proofErr w:type="gramEnd"/>
      <w:r w:rsidRPr="00401ED7">
        <w:rPr>
          <w:rFonts w:ascii="Aptos" w:hAnsi="Aptos"/>
        </w:rPr>
        <w:t xml:space="preserve"> Proposed Removal of Existing Conservatory, Construction of new Extension, and Alterations to Existing Dwelling. </w:t>
      </w:r>
    </w:p>
    <w:p w14:paraId="4B4BC94C" w14:textId="096B3852" w:rsidR="00CD580F" w:rsidRPr="00401ED7" w:rsidRDefault="00C921E2" w:rsidP="00CD580F">
      <w:pPr>
        <w:rPr>
          <w:rFonts w:ascii="Aptos" w:hAnsi="Aptos"/>
        </w:rPr>
      </w:pPr>
      <w:proofErr w:type="gramStart"/>
      <w:r w:rsidRPr="00401ED7">
        <w:rPr>
          <w:rFonts w:ascii="Aptos" w:hAnsi="Aptos"/>
        </w:rPr>
        <w:t>At :</w:t>
      </w:r>
      <w:proofErr w:type="gramEnd"/>
      <w:r w:rsidRPr="00401ED7">
        <w:rPr>
          <w:rFonts w:ascii="Aptos" w:hAnsi="Aptos"/>
        </w:rPr>
        <w:t xml:space="preserve"> B95 5RR </w:t>
      </w:r>
      <w:proofErr w:type="gramStart"/>
      <w:r w:rsidRPr="00401ED7">
        <w:rPr>
          <w:rFonts w:ascii="Aptos" w:hAnsi="Aptos"/>
        </w:rPr>
        <w:t>For :</w:t>
      </w:r>
      <w:proofErr w:type="gramEnd"/>
      <w:r w:rsidRPr="00401ED7">
        <w:rPr>
          <w:rFonts w:ascii="Aptos" w:hAnsi="Aptos"/>
        </w:rPr>
        <w:t xml:space="preserve"> </w:t>
      </w:r>
      <w:proofErr w:type="spellStart"/>
      <w:r w:rsidRPr="00401ED7">
        <w:rPr>
          <w:rFonts w:ascii="Aptos" w:hAnsi="Aptos"/>
        </w:rPr>
        <w:t>Mockley</w:t>
      </w:r>
      <w:proofErr w:type="spellEnd"/>
      <w:r w:rsidRPr="00401ED7">
        <w:rPr>
          <w:rFonts w:ascii="Aptos" w:hAnsi="Aptos"/>
        </w:rPr>
        <w:t xml:space="preserve"> Wood Farm, </w:t>
      </w:r>
      <w:proofErr w:type="spellStart"/>
      <w:r w:rsidRPr="00401ED7">
        <w:rPr>
          <w:rFonts w:ascii="Aptos" w:hAnsi="Aptos"/>
        </w:rPr>
        <w:t>Gentlemans</w:t>
      </w:r>
      <w:proofErr w:type="spellEnd"/>
      <w:r w:rsidRPr="00401ED7">
        <w:rPr>
          <w:rFonts w:ascii="Aptos" w:hAnsi="Aptos"/>
        </w:rPr>
        <w:t xml:space="preserve"> Lane, Ullenhall, Henley-in-Arden </w:t>
      </w:r>
    </w:p>
    <w:p w14:paraId="08E541FD" w14:textId="2054A444" w:rsidR="00F5203D" w:rsidRDefault="00D4644D">
      <w:pPr>
        <w:rPr>
          <w:rFonts w:ascii="Aptos" w:hAnsi="Aptos"/>
        </w:rPr>
      </w:pPr>
      <w:r w:rsidRPr="00401ED7">
        <w:rPr>
          <w:rFonts w:ascii="Aptos" w:hAnsi="Aptos"/>
        </w:rPr>
        <w:t>Comments Due By: 2</w:t>
      </w:r>
      <w:r w:rsidR="00544DB9" w:rsidRPr="00401ED7">
        <w:rPr>
          <w:rFonts w:ascii="Aptos" w:hAnsi="Aptos"/>
        </w:rPr>
        <w:t>5</w:t>
      </w:r>
      <w:r w:rsidR="00544DB9" w:rsidRPr="00401ED7">
        <w:rPr>
          <w:rFonts w:ascii="Aptos" w:hAnsi="Aptos"/>
          <w:vertAlign w:val="superscript"/>
        </w:rPr>
        <w:t>th</w:t>
      </w:r>
      <w:r w:rsidR="00544DB9" w:rsidRPr="00401ED7">
        <w:rPr>
          <w:rFonts w:ascii="Aptos" w:hAnsi="Aptos"/>
        </w:rPr>
        <w:t xml:space="preserve"> </w:t>
      </w:r>
      <w:r w:rsidR="00C75196" w:rsidRPr="00401ED7">
        <w:rPr>
          <w:rFonts w:ascii="Aptos" w:hAnsi="Aptos"/>
        </w:rPr>
        <w:t>November</w:t>
      </w:r>
      <w:r w:rsidRPr="00401ED7">
        <w:rPr>
          <w:rFonts w:ascii="Aptos" w:hAnsi="Aptos"/>
        </w:rPr>
        <w:t xml:space="preserve"> 2025</w:t>
      </w:r>
    </w:p>
    <w:p w14:paraId="756A1E37" w14:textId="77777777" w:rsidR="00401ED7" w:rsidRPr="00401ED7" w:rsidRDefault="00401ED7">
      <w:pPr>
        <w:rPr>
          <w:rFonts w:ascii="Aptos" w:hAnsi="Aptos"/>
        </w:rPr>
      </w:pPr>
    </w:p>
    <w:p w14:paraId="1AA1D5FB" w14:textId="77777777" w:rsidR="00F5203D" w:rsidRPr="00401ED7" w:rsidRDefault="00D4644D">
      <w:pPr>
        <w:pStyle w:val="Heading2"/>
        <w:rPr>
          <w:rFonts w:ascii="Aptos" w:hAnsi="Aptos"/>
          <w:color w:val="auto"/>
        </w:rPr>
      </w:pPr>
      <w:r w:rsidRPr="00401ED7">
        <w:rPr>
          <w:rFonts w:ascii="Aptos" w:hAnsi="Aptos"/>
          <w:color w:val="auto"/>
        </w:rPr>
        <w:t>6. Date of Next Meeting</w:t>
      </w:r>
    </w:p>
    <w:p w14:paraId="4D9ACAD6" w14:textId="3D0B088F" w:rsidR="00F5203D" w:rsidRPr="00401ED7" w:rsidRDefault="00D4644D">
      <w:pPr>
        <w:rPr>
          <w:rFonts w:ascii="Aptos" w:hAnsi="Aptos"/>
        </w:rPr>
      </w:pPr>
      <w:r w:rsidRPr="00401ED7">
        <w:rPr>
          <w:rFonts w:ascii="Aptos" w:hAnsi="Aptos"/>
        </w:rPr>
        <w:t xml:space="preserve">• Tuesday </w:t>
      </w:r>
      <w:r w:rsidR="00C75196" w:rsidRPr="00401ED7">
        <w:rPr>
          <w:rFonts w:ascii="Aptos" w:hAnsi="Aptos"/>
        </w:rPr>
        <w:t>2</w:t>
      </w:r>
      <w:r w:rsidR="00C75196" w:rsidRPr="00401ED7">
        <w:rPr>
          <w:rFonts w:ascii="Aptos" w:hAnsi="Aptos"/>
          <w:vertAlign w:val="superscript"/>
        </w:rPr>
        <w:t>nd</w:t>
      </w:r>
      <w:r w:rsidR="00C75196" w:rsidRPr="00401ED7">
        <w:rPr>
          <w:rFonts w:ascii="Aptos" w:hAnsi="Aptos"/>
        </w:rPr>
        <w:t xml:space="preserve"> December </w:t>
      </w:r>
      <w:r w:rsidRPr="00401ED7">
        <w:rPr>
          <w:rFonts w:ascii="Aptos" w:hAnsi="Aptos"/>
        </w:rPr>
        <w:t>7pm</w:t>
      </w:r>
    </w:p>
    <w:sectPr w:rsidR="00F5203D" w:rsidRPr="00401ED7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55666755">
    <w:abstractNumId w:val="8"/>
  </w:num>
  <w:num w:numId="2" w16cid:durableId="2043050690">
    <w:abstractNumId w:val="6"/>
  </w:num>
  <w:num w:numId="3" w16cid:durableId="583076130">
    <w:abstractNumId w:val="5"/>
  </w:num>
  <w:num w:numId="4" w16cid:durableId="1955401245">
    <w:abstractNumId w:val="4"/>
  </w:num>
  <w:num w:numId="5" w16cid:durableId="1196696835">
    <w:abstractNumId w:val="7"/>
  </w:num>
  <w:num w:numId="6" w16cid:durableId="119230378">
    <w:abstractNumId w:val="3"/>
  </w:num>
  <w:num w:numId="7" w16cid:durableId="5636448">
    <w:abstractNumId w:val="2"/>
  </w:num>
  <w:num w:numId="8" w16cid:durableId="865367226">
    <w:abstractNumId w:val="1"/>
  </w:num>
  <w:num w:numId="9" w16cid:durableId="335113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01ED7"/>
    <w:rsid w:val="004A2B72"/>
    <w:rsid w:val="00544DB9"/>
    <w:rsid w:val="00776645"/>
    <w:rsid w:val="0085643C"/>
    <w:rsid w:val="009204F3"/>
    <w:rsid w:val="00AA1D8D"/>
    <w:rsid w:val="00B47730"/>
    <w:rsid w:val="00B846C1"/>
    <w:rsid w:val="00C75196"/>
    <w:rsid w:val="00C921E2"/>
    <w:rsid w:val="00CB0664"/>
    <w:rsid w:val="00CD580F"/>
    <w:rsid w:val="00D4644D"/>
    <w:rsid w:val="00F5203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DD504A7"/>
  <w14:defaultImageDpi w14:val="300"/>
  <w15:docId w15:val="{8817FD57-7413-4942-8495-2D215C9E5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Rebecca Burman</cp:lastModifiedBy>
  <cp:revision>8</cp:revision>
  <dcterms:created xsi:type="dcterms:W3CDTF">2025-11-15T16:51:00Z</dcterms:created>
  <dcterms:modified xsi:type="dcterms:W3CDTF">2025-11-15T16:54:00Z</dcterms:modified>
  <cp:category/>
</cp:coreProperties>
</file>